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671" w:rsidRPr="00A40851" w:rsidRDefault="00636E6D">
      <w:pPr>
        <w:pStyle w:val="FormTitle"/>
        <w:rPr>
          <w:rFonts w:hint="eastAsia"/>
          <w:sz w:val="32"/>
          <w:szCs w:val="32"/>
        </w:rPr>
      </w:pPr>
      <w:r w:rsidRPr="00A40851">
        <w:rPr>
          <w:sz w:val="32"/>
          <w:szCs w:val="32"/>
        </w:rPr>
        <w:t xml:space="preserve">FORMULIR </w:t>
      </w:r>
      <w:proofErr w:type="gramStart"/>
      <w:r w:rsidRPr="00A40851">
        <w:rPr>
          <w:sz w:val="32"/>
          <w:szCs w:val="32"/>
        </w:rPr>
        <w:t>PENDAFTARAN</w:t>
      </w:r>
      <w:r w:rsidRPr="00A40851">
        <w:rPr>
          <w:b w:val="0"/>
          <w:color w:val="576571"/>
          <w:sz w:val="32"/>
          <w:szCs w:val="32"/>
        </w:rPr>
        <w:t xml:space="preserve">  /</w:t>
      </w:r>
      <w:proofErr w:type="gramEnd"/>
      <w:r w:rsidRPr="00A40851">
        <w:rPr>
          <w:b w:val="0"/>
          <w:color w:val="576571"/>
          <w:sz w:val="32"/>
          <w:szCs w:val="32"/>
        </w:rPr>
        <w:t xml:space="preserve">  </w:t>
      </w:r>
      <w:r w:rsidRPr="00A40851">
        <w:rPr>
          <w:rFonts w:ascii="NanumGothic" w:eastAsia="NanumGothic" w:hAnsi="NanumGothic"/>
          <w:sz w:val="32"/>
          <w:szCs w:val="32"/>
        </w:rPr>
        <w:t>참가</w:t>
      </w:r>
      <w:r w:rsidRPr="00A40851">
        <w:rPr>
          <w:rFonts w:ascii="NanumGothic" w:eastAsia="NanumGothic" w:hAnsi="NanumGothic"/>
          <w:sz w:val="32"/>
          <w:szCs w:val="32"/>
        </w:rPr>
        <w:t xml:space="preserve"> </w:t>
      </w:r>
      <w:r w:rsidRPr="00A40851">
        <w:rPr>
          <w:rFonts w:ascii="NanumGothic" w:eastAsia="NanumGothic" w:hAnsi="NanumGothic"/>
          <w:sz w:val="32"/>
          <w:szCs w:val="32"/>
        </w:rPr>
        <w:t>신청서</w:t>
      </w:r>
    </w:p>
    <w:p w:rsidR="00224671" w:rsidRPr="00A40851" w:rsidRDefault="00A40851">
      <w:pPr>
        <w:spacing w:after="140"/>
        <w:rPr>
          <w:rFonts w:hint="eastAsia"/>
          <w:sz w:val="22"/>
        </w:rPr>
      </w:pPr>
      <w:proofErr w:type="spellStart"/>
      <w:r w:rsidRPr="00A40851">
        <w:rPr>
          <w:b/>
          <w:color w:val="276592"/>
          <w:sz w:val="22"/>
        </w:rPr>
        <w:t>Sesi</w:t>
      </w:r>
      <w:proofErr w:type="spellEnd"/>
      <w:r w:rsidRPr="00A40851">
        <w:rPr>
          <w:b/>
          <w:color w:val="276592"/>
          <w:sz w:val="22"/>
        </w:rPr>
        <w:t xml:space="preserve"> </w:t>
      </w:r>
      <w:proofErr w:type="spellStart"/>
      <w:r w:rsidRPr="00A40851">
        <w:rPr>
          <w:b/>
          <w:color w:val="276592"/>
          <w:sz w:val="22"/>
        </w:rPr>
        <w:t>Informasi</w:t>
      </w:r>
      <w:proofErr w:type="spellEnd"/>
      <w:r w:rsidRPr="00A40851">
        <w:rPr>
          <w:b/>
          <w:color w:val="276592"/>
          <w:sz w:val="22"/>
        </w:rPr>
        <w:t xml:space="preserve"> Program </w:t>
      </w:r>
      <w:proofErr w:type="spellStart"/>
      <w:r w:rsidRPr="00A40851">
        <w:rPr>
          <w:b/>
          <w:color w:val="276592"/>
          <w:sz w:val="22"/>
        </w:rPr>
        <w:t>Care</w:t>
      </w:r>
      <w:r w:rsidRPr="00A40851">
        <w:rPr>
          <w:rFonts w:ascii="바탕체" w:eastAsia="바탕체" w:hAnsi="바탕체" w:cs="바탕체" w:hint="eastAsia"/>
          <w:b/>
          <w:color w:val="276592"/>
          <w:sz w:val="22"/>
          <w:lang w:eastAsia="ko-KR"/>
        </w:rPr>
        <w:t>worker</w:t>
      </w:r>
      <w:proofErr w:type="spellEnd"/>
      <w:r w:rsidR="00636E6D" w:rsidRPr="00A40851">
        <w:rPr>
          <w:b/>
          <w:color w:val="276592"/>
          <w:sz w:val="22"/>
        </w:rPr>
        <w:t xml:space="preserve"> </w:t>
      </w:r>
      <w:proofErr w:type="spellStart"/>
      <w:r w:rsidR="00636E6D" w:rsidRPr="00A40851">
        <w:rPr>
          <w:b/>
          <w:color w:val="276592"/>
          <w:sz w:val="22"/>
        </w:rPr>
        <w:t>bagi</w:t>
      </w:r>
      <w:proofErr w:type="spellEnd"/>
      <w:r w:rsidR="00636E6D" w:rsidRPr="00A40851">
        <w:rPr>
          <w:b/>
          <w:color w:val="276592"/>
          <w:sz w:val="22"/>
        </w:rPr>
        <w:t xml:space="preserve"> </w:t>
      </w:r>
      <w:proofErr w:type="spellStart"/>
      <w:r w:rsidR="00636E6D" w:rsidRPr="00A40851">
        <w:rPr>
          <w:b/>
          <w:color w:val="276592"/>
          <w:sz w:val="22"/>
        </w:rPr>
        <w:t>Warga</w:t>
      </w:r>
      <w:proofErr w:type="spellEnd"/>
      <w:r w:rsidR="00636E6D" w:rsidRPr="00A40851">
        <w:rPr>
          <w:b/>
          <w:color w:val="276592"/>
          <w:sz w:val="22"/>
        </w:rPr>
        <w:t xml:space="preserve"> Negara Asing di Korea</w:t>
      </w:r>
    </w:p>
    <w:p w:rsidR="00224671" w:rsidRPr="00A40851" w:rsidRDefault="00636E6D">
      <w:pPr>
        <w:spacing w:after="160"/>
        <w:rPr>
          <w:rFonts w:hint="eastAsia"/>
          <w:sz w:val="22"/>
          <w:lang w:eastAsia="ko-KR"/>
        </w:rPr>
      </w:pPr>
      <w:r w:rsidRPr="00A40851">
        <w:rPr>
          <w:rFonts w:ascii="NanumGothic" w:eastAsia="NanumGothic" w:hAnsi="NanumGothic"/>
          <w:b/>
          <w:color w:val="276592"/>
          <w:sz w:val="22"/>
          <w:lang w:eastAsia="ko-KR"/>
        </w:rPr>
        <w:t>외국인</w:t>
      </w:r>
      <w:r w:rsidRPr="00A40851">
        <w:rPr>
          <w:rFonts w:ascii="NanumGothic" w:eastAsia="NanumGothic" w:hAnsi="NanumGothic"/>
          <w:b/>
          <w:color w:val="276592"/>
          <w:sz w:val="22"/>
          <w:lang w:eastAsia="ko-KR"/>
        </w:rPr>
        <w:t xml:space="preserve"> </w:t>
      </w:r>
      <w:proofErr w:type="spellStart"/>
      <w:r w:rsidRPr="00A40851">
        <w:rPr>
          <w:rFonts w:ascii="NanumGothic" w:eastAsia="NanumGothic" w:hAnsi="NanumGothic"/>
          <w:b/>
          <w:color w:val="276592"/>
          <w:sz w:val="22"/>
          <w:lang w:eastAsia="ko-KR"/>
        </w:rPr>
        <w:t>요양보호사</w:t>
      </w:r>
      <w:proofErr w:type="spellEnd"/>
      <w:r w:rsidRPr="00A40851">
        <w:rPr>
          <w:rFonts w:ascii="NanumGothic" w:eastAsia="NanumGothic" w:hAnsi="NanumGothic"/>
          <w:b/>
          <w:color w:val="276592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b/>
          <w:color w:val="276592"/>
          <w:sz w:val="22"/>
          <w:lang w:eastAsia="ko-KR"/>
        </w:rPr>
        <w:t>제도</w:t>
      </w:r>
      <w:r w:rsidRPr="00A40851">
        <w:rPr>
          <w:rFonts w:ascii="NanumGothic" w:eastAsia="NanumGothic" w:hAnsi="NanumGothic"/>
          <w:b/>
          <w:color w:val="276592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b/>
          <w:color w:val="276592"/>
          <w:sz w:val="22"/>
          <w:lang w:eastAsia="ko-KR"/>
        </w:rPr>
        <w:t>온라인</w:t>
      </w:r>
      <w:r w:rsidRPr="00A40851">
        <w:rPr>
          <w:rFonts w:ascii="NanumGothic" w:eastAsia="NanumGothic" w:hAnsi="NanumGothic"/>
          <w:b/>
          <w:color w:val="276592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b/>
          <w:color w:val="276592"/>
          <w:sz w:val="22"/>
          <w:lang w:eastAsia="ko-KR"/>
        </w:rPr>
        <w:t>설명회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04"/>
        <w:gridCol w:w="4904"/>
      </w:tblGrid>
      <w:tr w:rsidR="00224671" w:rsidRPr="00A40851">
        <w:tc>
          <w:tcPr>
            <w:tcW w:w="4904" w:type="dxa"/>
            <w:shd w:val="clear" w:color="auto" w:fill="EDF4F9"/>
            <w:tcMar>
              <w:top w:w="74" w:type="dxa"/>
              <w:left w:w="105" w:type="dxa"/>
              <w:bottom w:w="74" w:type="dxa"/>
              <w:right w:w="105" w:type="dxa"/>
            </w:tcMar>
            <w:vAlign w:val="center"/>
          </w:tcPr>
          <w:p w:rsidR="00224671" w:rsidRPr="00A40851" w:rsidRDefault="00636E6D">
            <w:pPr>
              <w:spacing w:after="0"/>
              <w:rPr>
                <w:rFonts w:hint="eastAsia"/>
                <w:sz w:val="22"/>
              </w:rPr>
            </w:pPr>
            <w:proofErr w:type="spellStart"/>
            <w:r w:rsidRPr="00A40851">
              <w:rPr>
                <w:b/>
                <w:color w:val="173556"/>
                <w:sz w:val="22"/>
              </w:rPr>
              <w:t>Tanggal</w:t>
            </w:r>
            <w:proofErr w:type="spellEnd"/>
            <w:r w:rsidRPr="00A40851">
              <w:rPr>
                <w:b/>
                <w:color w:val="173556"/>
                <w:sz w:val="22"/>
              </w:rPr>
              <w:t xml:space="preserve"> </w:t>
            </w:r>
            <w:r w:rsidRPr="00A40851">
              <w:rPr>
                <w:rFonts w:ascii="NanumGothic" w:eastAsia="NanumGothic" w:hAnsi="NanumGothic"/>
                <w:b/>
                <w:color w:val="173556"/>
                <w:sz w:val="22"/>
              </w:rPr>
              <w:t>(</w:t>
            </w:r>
            <w:proofErr w:type="spellStart"/>
            <w:r w:rsidRPr="00A40851">
              <w:rPr>
                <w:rFonts w:ascii="NanumGothic" w:eastAsia="NanumGothic" w:hAnsi="NanumGothic"/>
                <w:b/>
                <w:color w:val="173556"/>
                <w:sz w:val="22"/>
              </w:rPr>
              <w:t>일시</w:t>
            </w:r>
            <w:proofErr w:type="spellEnd"/>
            <w:r w:rsidRPr="00A40851">
              <w:rPr>
                <w:rFonts w:ascii="NanumGothic" w:eastAsia="NanumGothic" w:hAnsi="NanumGothic"/>
                <w:b/>
                <w:color w:val="173556"/>
                <w:sz w:val="22"/>
              </w:rPr>
              <w:t xml:space="preserve">) </w:t>
            </w:r>
            <w:r w:rsidRPr="00A40851">
              <w:rPr>
                <w:sz w:val="22"/>
              </w:rPr>
              <w:t xml:space="preserve">29 </w:t>
            </w:r>
            <w:proofErr w:type="spellStart"/>
            <w:r w:rsidRPr="00A40851">
              <w:rPr>
                <w:sz w:val="22"/>
              </w:rPr>
              <w:t>Okt</w:t>
            </w:r>
            <w:proofErr w:type="spellEnd"/>
            <w:r w:rsidRPr="00A40851">
              <w:rPr>
                <w:sz w:val="22"/>
              </w:rPr>
              <w:t xml:space="preserve"> 2026 (Kamis/</w:t>
            </w:r>
            <w:r w:rsidRPr="00A40851">
              <w:rPr>
                <w:sz w:val="22"/>
              </w:rPr>
              <w:t>목</w:t>
            </w:r>
            <w:r w:rsidRPr="00A40851">
              <w:rPr>
                <w:sz w:val="22"/>
              </w:rPr>
              <w:t>)</w:t>
            </w:r>
          </w:p>
        </w:tc>
        <w:tc>
          <w:tcPr>
            <w:tcW w:w="4904" w:type="dxa"/>
            <w:shd w:val="clear" w:color="auto" w:fill="EDF4F9"/>
            <w:tcMar>
              <w:top w:w="74" w:type="dxa"/>
              <w:left w:w="105" w:type="dxa"/>
              <w:bottom w:w="74" w:type="dxa"/>
              <w:right w:w="105" w:type="dxa"/>
            </w:tcMar>
            <w:vAlign w:val="center"/>
          </w:tcPr>
          <w:p w:rsidR="00224671" w:rsidRPr="00A40851" w:rsidRDefault="00636E6D">
            <w:pPr>
              <w:spacing w:after="0"/>
              <w:rPr>
                <w:rFonts w:hint="eastAsia"/>
                <w:sz w:val="22"/>
              </w:rPr>
            </w:pPr>
            <w:r w:rsidRPr="00A40851">
              <w:rPr>
                <w:b/>
                <w:color w:val="173556"/>
                <w:sz w:val="22"/>
              </w:rPr>
              <w:t xml:space="preserve">Waktu </w:t>
            </w:r>
            <w:r w:rsidRPr="00A40851">
              <w:rPr>
                <w:rFonts w:ascii="NanumGothic" w:eastAsia="NanumGothic" w:hAnsi="NanumGothic"/>
                <w:b/>
                <w:color w:val="173556"/>
                <w:sz w:val="22"/>
              </w:rPr>
              <w:t>(</w:t>
            </w:r>
            <w:r w:rsidRPr="00A40851">
              <w:rPr>
                <w:rFonts w:ascii="NanumGothic" w:eastAsia="NanumGothic" w:hAnsi="NanumGothic"/>
                <w:b/>
                <w:color w:val="173556"/>
                <w:sz w:val="22"/>
              </w:rPr>
              <w:t>시간</w:t>
            </w:r>
            <w:r w:rsidRPr="00A40851">
              <w:rPr>
                <w:rFonts w:ascii="NanumGothic" w:eastAsia="NanumGothic" w:hAnsi="NanumGothic"/>
                <w:b/>
                <w:color w:val="173556"/>
                <w:sz w:val="22"/>
              </w:rPr>
              <w:t xml:space="preserve">) </w:t>
            </w:r>
            <w:r w:rsidRPr="00A40851">
              <w:rPr>
                <w:sz w:val="22"/>
              </w:rPr>
              <w:t>14.00–15.30 WIB</w:t>
            </w:r>
          </w:p>
        </w:tc>
      </w:tr>
      <w:tr w:rsidR="00224671" w:rsidRPr="00A40851">
        <w:tc>
          <w:tcPr>
            <w:tcW w:w="4904" w:type="dxa"/>
            <w:shd w:val="clear" w:color="auto" w:fill="EDF4F9"/>
            <w:tcMar>
              <w:top w:w="74" w:type="dxa"/>
              <w:left w:w="105" w:type="dxa"/>
              <w:bottom w:w="74" w:type="dxa"/>
              <w:right w:w="105" w:type="dxa"/>
            </w:tcMar>
            <w:vAlign w:val="center"/>
          </w:tcPr>
          <w:p w:rsidR="00224671" w:rsidRPr="00A40851" w:rsidRDefault="00A40851">
            <w:pPr>
              <w:spacing w:after="0"/>
              <w:rPr>
                <w:rFonts w:hint="eastAsia"/>
                <w:sz w:val="22"/>
              </w:rPr>
            </w:pPr>
            <w:r>
              <w:rPr>
                <w:b/>
                <w:color w:val="173556"/>
                <w:sz w:val="22"/>
              </w:rPr>
              <w:t xml:space="preserve">Format </w:t>
            </w:r>
            <w:proofErr w:type="spellStart"/>
            <w:r>
              <w:rPr>
                <w:b/>
                <w:color w:val="173556"/>
                <w:sz w:val="22"/>
              </w:rPr>
              <w:t>Sesi</w:t>
            </w:r>
            <w:proofErr w:type="spellEnd"/>
            <w:r w:rsidR="00636E6D" w:rsidRPr="00A40851">
              <w:rPr>
                <w:b/>
                <w:color w:val="173556"/>
                <w:sz w:val="22"/>
              </w:rPr>
              <w:t xml:space="preserve"> </w:t>
            </w:r>
            <w:r w:rsidR="00636E6D" w:rsidRPr="00A40851">
              <w:rPr>
                <w:rFonts w:ascii="NanumGothic" w:eastAsia="NanumGothic" w:hAnsi="NanumGothic"/>
                <w:b/>
                <w:color w:val="173556"/>
                <w:sz w:val="22"/>
              </w:rPr>
              <w:t>(</w:t>
            </w:r>
            <w:proofErr w:type="spellStart"/>
            <w:r w:rsidR="00636E6D" w:rsidRPr="00A40851">
              <w:rPr>
                <w:rFonts w:ascii="NanumGothic" w:eastAsia="NanumGothic" w:hAnsi="NanumGothic"/>
                <w:b/>
                <w:color w:val="173556"/>
                <w:sz w:val="22"/>
              </w:rPr>
              <w:t>진행</w:t>
            </w:r>
            <w:proofErr w:type="spellEnd"/>
            <w:r w:rsidR="00636E6D" w:rsidRPr="00A40851">
              <w:rPr>
                <w:rFonts w:ascii="NanumGothic" w:eastAsia="NanumGothic" w:hAnsi="NanumGothic"/>
                <w:b/>
                <w:color w:val="173556"/>
                <w:sz w:val="22"/>
              </w:rPr>
              <w:t xml:space="preserve"> </w:t>
            </w:r>
            <w:proofErr w:type="spellStart"/>
            <w:r w:rsidR="00636E6D" w:rsidRPr="00A40851">
              <w:rPr>
                <w:rFonts w:ascii="NanumGothic" w:eastAsia="NanumGothic" w:hAnsi="NanumGothic"/>
                <w:b/>
                <w:color w:val="173556"/>
                <w:sz w:val="22"/>
              </w:rPr>
              <w:t>방식</w:t>
            </w:r>
            <w:proofErr w:type="spellEnd"/>
            <w:r w:rsidR="00636E6D" w:rsidRPr="00A40851">
              <w:rPr>
                <w:rFonts w:ascii="NanumGothic" w:eastAsia="NanumGothic" w:hAnsi="NanumGothic"/>
                <w:b/>
                <w:color w:val="173556"/>
                <w:sz w:val="22"/>
              </w:rPr>
              <w:t xml:space="preserve">) </w:t>
            </w:r>
            <w:r w:rsidR="00636E6D" w:rsidRPr="00A40851">
              <w:rPr>
                <w:sz w:val="22"/>
              </w:rPr>
              <w:t xml:space="preserve">Zoom (online / </w:t>
            </w:r>
            <w:r w:rsidR="00636E6D" w:rsidRPr="00A40851">
              <w:rPr>
                <w:sz w:val="22"/>
              </w:rPr>
              <w:t>온라인</w:t>
            </w:r>
            <w:r w:rsidR="00636E6D" w:rsidRPr="00A40851">
              <w:rPr>
                <w:sz w:val="22"/>
              </w:rPr>
              <w:t>)</w:t>
            </w:r>
          </w:p>
        </w:tc>
        <w:tc>
          <w:tcPr>
            <w:tcW w:w="4904" w:type="dxa"/>
            <w:shd w:val="clear" w:color="auto" w:fill="EDF4F9"/>
            <w:tcMar>
              <w:top w:w="74" w:type="dxa"/>
              <w:left w:w="105" w:type="dxa"/>
              <w:bottom w:w="74" w:type="dxa"/>
              <w:right w:w="105" w:type="dxa"/>
            </w:tcMar>
            <w:vAlign w:val="center"/>
          </w:tcPr>
          <w:p w:rsidR="00224671" w:rsidRPr="00A40851" w:rsidRDefault="00636E6D">
            <w:pPr>
              <w:spacing w:after="0"/>
              <w:rPr>
                <w:rFonts w:hint="eastAsia"/>
                <w:sz w:val="22"/>
              </w:rPr>
            </w:pPr>
            <w:r w:rsidRPr="00A40851">
              <w:rPr>
                <w:b/>
                <w:color w:val="173556"/>
                <w:sz w:val="22"/>
              </w:rPr>
              <w:t xml:space="preserve">Bahasa </w:t>
            </w:r>
            <w:r w:rsidRPr="00A40851">
              <w:rPr>
                <w:rFonts w:ascii="NanumGothic" w:eastAsia="NanumGothic" w:hAnsi="NanumGothic"/>
                <w:b/>
                <w:color w:val="173556"/>
                <w:sz w:val="22"/>
              </w:rPr>
              <w:t>(</w:t>
            </w:r>
            <w:r w:rsidRPr="00A40851">
              <w:rPr>
                <w:rFonts w:ascii="NanumGothic" w:eastAsia="NanumGothic" w:hAnsi="NanumGothic"/>
                <w:b/>
                <w:color w:val="173556"/>
                <w:sz w:val="22"/>
              </w:rPr>
              <w:t>언어</w:t>
            </w:r>
            <w:r w:rsidRPr="00A40851">
              <w:rPr>
                <w:rFonts w:ascii="NanumGothic" w:eastAsia="NanumGothic" w:hAnsi="NanumGothic"/>
                <w:b/>
                <w:color w:val="173556"/>
                <w:sz w:val="22"/>
              </w:rPr>
              <w:t xml:space="preserve">) </w:t>
            </w:r>
            <w:r w:rsidRPr="00A40851">
              <w:rPr>
                <w:sz w:val="22"/>
              </w:rPr>
              <w:t xml:space="preserve">Korea &amp; Indonesia / </w:t>
            </w:r>
            <w:r w:rsidRPr="00A40851">
              <w:rPr>
                <w:sz w:val="22"/>
              </w:rPr>
              <w:t>한국어</w:t>
            </w:r>
            <w:r w:rsidRPr="00A40851">
              <w:rPr>
                <w:sz w:val="22"/>
              </w:rPr>
              <w:t>·</w:t>
            </w:r>
            <w:r w:rsidRPr="00A40851">
              <w:rPr>
                <w:sz w:val="22"/>
              </w:rPr>
              <w:t>인니어</w:t>
            </w:r>
          </w:p>
        </w:tc>
      </w:tr>
    </w:tbl>
    <w:p w:rsidR="00224671" w:rsidRPr="00A40851" w:rsidRDefault="00636E6D">
      <w:pPr>
        <w:pStyle w:val="Micro"/>
        <w:spacing w:before="120"/>
        <w:rPr>
          <w:rFonts w:hint="eastAsia"/>
          <w:sz w:val="22"/>
        </w:rPr>
      </w:pPr>
      <w:r w:rsidRPr="00A40851">
        <w:rPr>
          <w:b/>
          <w:color w:val="173556"/>
          <w:sz w:val="22"/>
        </w:rPr>
        <w:t xml:space="preserve">Petunjuk: </w:t>
      </w:r>
      <w:r w:rsidRPr="00A40851">
        <w:rPr>
          <w:sz w:val="22"/>
        </w:rPr>
        <w:t>Isi formulir ini, simpan dokumen, lalu kirimkan melalui email kepada panitia.</w:t>
      </w:r>
    </w:p>
    <w:p w:rsidR="00224671" w:rsidRPr="00A40851" w:rsidRDefault="00636E6D">
      <w:pPr>
        <w:pStyle w:val="Micro"/>
        <w:rPr>
          <w:rFonts w:hint="eastAsia"/>
          <w:sz w:val="22"/>
          <w:lang w:eastAsia="ko-KR"/>
        </w:rPr>
      </w:pPr>
      <w:r w:rsidRPr="00A40851">
        <w:rPr>
          <w:rFonts w:ascii="NanumGothic" w:eastAsia="NanumGothic" w:hAnsi="NanumGothic"/>
          <w:b/>
          <w:color w:val="173556"/>
          <w:sz w:val="22"/>
          <w:lang w:eastAsia="ko-KR"/>
        </w:rPr>
        <w:t>작성</w:t>
      </w:r>
      <w:r w:rsidRPr="00A40851">
        <w:rPr>
          <w:rFonts w:ascii="NanumGothic" w:eastAsia="NanumGothic" w:hAnsi="NanumGothic"/>
          <w:b/>
          <w:color w:val="173556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b/>
          <w:color w:val="173556"/>
          <w:sz w:val="22"/>
          <w:lang w:eastAsia="ko-KR"/>
        </w:rPr>
        <w:t>안내</w:t>
      </w:r>
      <w:r w:rsidRPr="00A40851">
        <w:rPr>
          <w:rFonts w:ascii="NanumGothic" w:eastAsia="NanumGothic" w:hAnsi="NanumGothic"/>
          <w:b/>
          <w:color w:val="173556"/>
          <w:sz w:val="22"/>
          <w:lang w:eastAsia="ko-KR"/>
        </w:rPr>
        <w:t xml:space="preserve">: </w:t>
      </w:r>
      <w:r w:rsidRPr="00A40851">
        <w:rPr>
          <w:rFonts w:ascii="NanumGothic" w:eastAsia="NanumGothic" w:hAnsi="NanumGothic"/>
          <w:sz w:val="22"/>
          <w:lang w:eastAsia="ko-KR"/>
        </w:rPr>
        <w:t>신청서를</w:t>
      </w:r>
      <w:r w:rsidRPr="00A40851">
        <w:rPr>
          <w:rFonts w:ascii="NanumGothic" w:eastAsia="NanumGothic" w:hAnsi="NanumGothic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sz w:val="22"/>
          <w:lang w:eastAsia="ko-KR"/>
        </w:rPr>
        <w:t>작성</w:t>
      </w:r>
      <w:r w:rsidRPr="00A40851">
        <w:rPr>
          <w:rFonts w:ascii="NanumGothic" w:eastAsia="NanumGothic" w:hAnsi="NanumGothic"/>
          <w:sz w:val="22"/>
          <w:lang w:eastAsia="ko-KR"/>
        </w:rPr>
        <w:t>·</w:t>
      </w:r>
      <w:r w:rsidRPr="00A40851">
        <w:rPr>
          <w:rFonts w:ascii="NanumGothic" w:eastAsia="NanumGothic" w:hAnsi="NanumGothic"/>
          <w:sz w:val="22"/>
          <w:lang w:eastAsia="ko-KR"/>
        </w:rPr>
        <w:t>저장한</w:t>
      </w:r>
      <w:r w:rsidRPr="00A40851">
        <w:rPr>
          <w:rFonts w:ascii="NanumGothic" w:eastAsia="NanumGothic" w:hAnsi="NanumGothic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sz w:val="22"/>
          <w:lang w:eastAsia="ko-KR"/>
        </w:rPr>
        <w:t>후</w:t>
      </w:r>
      <w:r w:rsidRPr="00A40851">
        <w:rPr>
          <w:rFonts w:ascii="NanumGothic" w:eastAsia="NanumGothic" w:hAnsi="NanumGothic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sz w:val="22"/>
          <w:lang w:eastAsia="ko-KR"/>
        </w:rPr>
        <w:t>담당자</w:t>
      </w:r>
      <w:r w:rsidRPr="00A40851">
        <w:rPr>
          <w:rFonts w:ascii="NanumGothic" w:eastAsia="NanumGothic" w:hAnsi="NanumGothic"/>
          <w:sz w:val="22"/>
          <w:lang w:eastAsia="ko-KR"/>
        </w:rPr>
        <w:t xml:space="preserve"> </w:t>
      </w:r>
      <w:proofErr w:type="spellStart"/>
      <w:r w:rsidRPr="00A40851">
        <w:rPr>
          <w:rFonts w:ascii="NanumGothic" w:eastAsia="NanumGothic" w:hAnsi="NanumGothic"/>
          <w:sz w:val="22"/>
          <w:lang w:eastAsia="ko-KR"/>
        </w:rPr>
        <w:t>이메일로</w:t>
      </w:r>
      <w:proofErr w:type="spellEnd"/>
      <w:r w:rsidRPr="00A40851">
        <w:rPr>
          <w:rFonts w:ascii="NanumGothic" w:eastAsia="NanumGothic" w:hAnsi="NanumGothic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sz w:val="22"/>
          <w:lang w:eastAsia="ko-KR"/>
        </w:rPr>
        <w:t>보내주시기</w:t>
      </w:r>
      <w:r w:rsidRPr="00A40851">
        <w:rPr>
          <w:rFonts w:ascii="NanumGothic" w:eastAsia="NanumGothic" w:hAnsi="NanumGothic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sz w:val="22"/>
          <w:lang w:eastAsia="ko-KR"/>
        </w:rPr>
        <w:t>바랍니다</w:t>
      </w:r>
      <w:r w:rsidRPr="00A40851">
        <w:rPr>
          <w:rFonts w:ascii="NanumGothic" w:eastAsia="NanumGothic" w:hAnsi="NanumGothic"/>
          <w:sz w:val="22"/>
          <w:lang w:eastAsia="ko-KR"/>
        </w:rPr>
        <w:t>.</w:t>
      </w:r>
    </w:p>
    <w:p w:rsidR="00224671" w:rsidRPr="00A40851" w:rsidRDefault="00636E6D">
      <w:pPr>
        <w:pStyle w:val="Micro"/>
        <w:rPr>
          <w:rFonts w:hint="eastAsia"/>
          <w:sz w:val="22"/>
        </w:rPr>
      </w:pPr>
      <w:r w:rsidRPr="00A40851">
        <w:rPr>
          <w:b/>
          <w:color w:val="173556"/>
          <w:sz w:val="22"/>
        </w:rPr>
        <w:t xml:space="preserve">Email </w:t>
      </w:r>
      <w:proofErr w:type="spellStart"/>
      <w:r w:rsidRPr="00A40851">
        <w:rPr>
          <w:b/>
          <w:color w:val="173556"/>
          <w:sz w:val="22"/>
        </w:rPr>
        <w:t>tujuan</w:t>
      </w:r>
      <w:proofErr w:type="spellEnd"/>
      <w:r w:rsidRPr="00A40851">
        <w:rPr>
          <w:b/>
          <w:color w:val="173556"/>
          <w:sz w:val="22"/>
        </w:rPr>
        <w:t xml:space="preserve"> / </w:t>
      </w:r>
      <w:proofErr w:type="spellStart"/>
      <w:r w:rsidRPr="00A40851">
        <w:rPr>
          <w:b/>
          <w:color w:val="173556"/>
          <w:sz w:val="22"/>
        </w:rPr>
        <w:t>접수</w:t>
      </w:r>
      <w:proofErr w:type="spellEnd"/>
      <w:r w:rsidRPr="00A40851">
        <w:rPr>
          <w:b/>
          <w:color w:val="173556"/>
          <w:sz w:val="22"/>
        </w:rPr>
        <w:t xml:space="preserve"> </w:t>
      </w:r>
      <w:r w:rsidRPr="00A40851">
        <w:rPr>
          <w:b/>
          <w:color w:val="173556"/>
          <w:sz w:val="22"/>
        </w:rPr>
        <w:t>이메일</w:t>
      </w:r>
      <w:r w:rsidRPr="00A40851">
        <w:rPr>
          <w:b/>
          <w:color w:val="173556"/>
          <w:sz w:val="22"/>
        </w:rPr>
        <w:t xml:space="preserve">: </w:t>
      </w:r>
      <w:r w:rsidRPr="00A40851">
        <w:rPr>
          <w:b/>
          <w:color w:val="276592"/>
          <w:sz w:val="22"/>
        </w:rPr>
        <w:t>Koremb_in@mofa.go.kr</w:t>
      </w:r>
    </w:p>
    <w:p w:rsidR="00224671" w:rsidRPr="00A40851" w:rsidRDefault="00636E6D">
      <w:pPr>
        <w:pStyle w:val="SecHead"/>
        <w:keepNext/>
        <w:spacing w:before="180"/>
        <w:rPr>
          <w:rFonts w:hint="eastAsia"/>
          <w:sz w:val="22"/>
        </w:rPr>
      </w:pPr>
      <w:r w:rsidRPr="00A40851">
        <w:rPr>
          <w:sz w:val="22"/>
        </w:rPr>
        <w:t>A. Informasi Peserta (semua pendaftar</w:t>
      </w:r>
      <w:proofErr w:type="gramStart"/>
      <w:r w:rsidRPr="00A40851">
        <w:rPr>
          <w:sz w:val="22"/>
        </w:rPr>
        <w:t>)</w:t>
      </w:r>
      <w:r w:rsidRPr="00A40851">
        <w:rPr>
          <w:b w:val="0"/>
          <w:color w:val="576571"/>
          <w:sz w:val="22"/>
        </w:rPr>
        <w:t xml:space="preserve">  /</w:t>
      </w:r>
      <w:proofErr w:type="gramEnd"/>
      <w:r w:rsidRPr="00A40851">
        <w:rPr>
          <w:b w:val="0"/>
          <w:color w:val="576571"/>
          <w:sz w:val="22"/>
        </w:rPr>
        <w:t xml:space="preserve">  </w:t>
      </w:r>
      <w:r w:rsidRPr="00A40851">
        <w:rPr>
          <w:rFonts w:ascii="NanumGothic" w:eastAsia="NanumGothic" w:hAnsi="NanumGothic"/>
          <w:sz w:val="22"/>
        </w:rPr>
        <w:t>기본</w:t>
      </w:r>
      <w:r w:rsidRPr="00A40851">
        <w:rPr>
          <w:rFonts w:ascii="NanumGothic" w:eastAsia="NanumGothic" w:hAnsi="NanumGothic"/>
          <w:sz w:val="22"/>
        </w:rPr>
        <w:t xml:space="preserve"> </w:t>
      </w:r>
      <w:r w:rsidRPr="00A40851">
        <w:rPr>
          <w:rFonts w:ascii="NanumGothic" w:eastAsia="NanumGothic" w:hAnsi="NanumGothic"/>
          <w:sz w:val="22"/>
        </w:rPr>
        <w:t>정보</w:t>
      </w:r>
      <w:r w:rsidRPr="00A40851">
        <w:rPr>
          <w:rFonts w:ascii="NanumGothic" w:eastAsia="NanumGothic" w:hAnsi="NanumGothic"/>
          <w:sz w:val="22"/>
        </w:rPr>
        <w:t xml:space="preserve"> (</w:t>
      </w:r>
      <w:r w:rsidRPr="00A40851">
        <w:rPr>
          <w:rFonts w:ascii="NanumGothic" w:eastAsia="NanumGothic" w:hAnsi="NanumGothic"/>
          <w:sz w:val="22"/>
        </w:rPr>
        <w:t>모든</w:t>
      </w:r>
      <w:r w:rsidRPr="00A40851">
        <w:rPr>
          <w:rFonts w:ascii="NanumGothic" w:eastAsia="NanumGothic" w:hAnsi="NanumGothic"/>
          <w:sz w:val="22"/>
        </w:rPr>
        <w:t xml:space="preserve"> </w:t>
      </w:r>
      <w:r w:rsidRPr="00A40851">
        <w:rPr>
          <w:rFonts w:ascii="NanumGothic" w:eastAsia="NanumGothic" w:hAnsi="NanumGothic"/>
          <w:sz w:val="22"/>
        </w:rPr>
        <w:t>참가자</w:t>
      </w:r>
      <w:r w:rsidRPr="00A40851">
        <w:rPr>
          <w:rFonts w:ascii="NanumGothic" w:eastAsia="NanumGothic" w:hAnsi="NanumGothic"/>
          <w:sz w:val="22"/>
        </w:rPr>
        <w:t xml:space="preserve"> </w:t>
      </w:r>
      <w:r w:rsidRPr="00A40851">
        <w:rPr>
          <w:rFonts w:ascii="NanumGothic" w:eastAsia="NanumGothic" w:hAnsi="NanumGothic"/>
          <w:sz w:val="22"/>
        </w:rPr>
        <w:t>작성</w:t>
      </w:r>
      <w:r w:rsidRPr="00A40851">
        <w:rPr>
          <w:rFonts w:ascii="NanumGothic" w:eastAsia="NanumGothic" w:hAnsi="NanumGothic"/>
          <w:sz w:val="22"/>
        </w:rPr>
        <w:t>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917"/>
      </w:tblGrid>
      <w:tr w:rsidR="00224671" w:rsidRPr="00A40851">
        <w:trPr>
          <w:jc w:val="center"/>
        </w:trPr>
        <w:tc>
          <w:tcPr>
            <w:tcW w:w="2891" w:type="dxa"/>
            <w:tcBorders>
              <w:top w:val="single" w:sz="4" w:space="0" w:color="D8E2E9"/>
              <w:left w:val="single" w:sz="4" w:space="0" w:color="D8E2E9"/>
              <w:bottom w:val="single" w:sz="4" w:space="0" w:color="D8E2E9"/>
              <w:right w:val="single" w:sz="4" w:space="0" w:color="D8E2E9"/>
            </w:tcBorders>
            <w:shd w:val="clear" w:color="auto" w:fill="F1F5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224671" w:rsidRPr="00A40851" w:rsidRDefault="00636E6D">
            <w:pPr>
              <w:spacing w:after="0" w:line="247" w:lineRule="auto"/>
              <w:rPr>
                <w:rFonts w:hint="eastAsia"/>
                <w:sz w:val="22"/>
              </w:rPr>
            </w:pPr>
            <w:r w:rsidRPr="00A40851">
              <w:rPr>
                <w:b/>
                <w:sz w:val="22"/>
              </w:rPr>
              <w:t>Nama lengkap</w:t>
            </w:r>
          </w:p>
          <w:p w:rsidR="00224671" w:rsidRPr="00A40851" w:rsidRDefault="00636E6D">
            <w:pPr>
              <w:spacing w:after="0" w:line="247" w:lineRule="auto"/>
              <w:rPr>
                <w:rFonts w:hint="eastAsia"/>
                <w:sz w:val="22"/>
              </w:rPr>
            </w:pPr>
            <w:r w:rsidRPr="00A40851">
              <w:rPr>
                <w:rFonts w:ascii="NanumGothic" w:eastAsia="NanumGothic" w:hAnsi="NanumGothic"/>
                <w:color w:val="576571"/>
                <w:sz w:val="22"/>
              </w:rPr>
              <w:t>성명</w:t>
            </w:r>
          </w:p>
        </w:tc>
        <w:tc>
          <w:tcPr>
            <w:tcW w:w="6917" w:type="dxa"/>
            <w:tcBorders>
              <w:top w:val="single" w:sz="4" w:space="0" w:color="D8E2E9"/>
              <w:left w:val="single" w:sz="4" w:space="0" w:color="D8E2E9"/>
              <w:bottom w:val="single" w:sz="4" w:space="0" w:color="D8E2E9"/>
              <w:right w:val="single" w:sz="4" w:space="0" w:color="D8E2E9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224671" w:rsidRPr="00A40851" w:rsidRDefault="00636E6D">
            <w:pPr>
              <w:spacing w:after="0"/>
              <w:rPr>
                <w:rFonts w:hint="eastAsia"/>
                <w:sz w:val="22"/>
              </w:rPr>
            </w:pPr>
            <w:r w:rsidRPr="00A40851">
              <w:rPr>
                <w:i/>
                <w:color w:val="576571"/>
                <w:sz w:val="22"/>
              </w:rPr>
              <w:t xml:space="preserve">[Nama lengkap / </w:t>
            </w:r>
            <w:r w:rsidRPr="00A40851">
              <w:rPr>
                <w:i/>
                <w:color w:val="576571"/>
                <w:sz w:val="22"/>
              </w:rPr>
              <w:t>성명</w:t>
            </w:r>
            <w:r w:rsidRPr="00A40851">
              <w:rPr>
                <w:i/>
                <w:color w:val="576571"/>
                <w:sz w:val="22"/>
              </w:rPr>
              <w:t>]</w:t>
            </w:r>
          </w:p>
        </w:tc>
      </w:tr>
      <w:tr w:rsidR="00224671" w:rsidRPr="00A40851">
        <w:trPr>
          <w:jc w:val="center"/>
        </w:trPr>
        <w:tc>
          <w:tcPr>
            <w:tcW w:w="2891" w:type="dxa"/>
            <w:tcBorders>
              <w:top w:val="single" w:sz="4" w:space="0" w:color="D8E2E9"/>
              <w:left w:val="single" w:sz="4" w:space="0" w:color="D8E2E9"/>
              <w:bottom w:val="single" w:sz="4" w:space="0" w:color="D8E2E9"/>
              <w:right w:val="single" w:sz="4" w:space="0" w:color="D8E2E9"/>
            </w:tcBorders>
            <w:shd w:val="clear" w:color="auto" w:fill="F1F5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224671" w:rsidRPr="00A40851" w:rsidRDefault="00636E6D">
            <w:pPr>
              <w:spacing w:after="0" w:line="247" w:lineRule="auto"/>
              <w:rPr>
                <w:rFonts w:hint="eastAsia"/>
                <w:sz w:val="22"/>
              </w:rPr>
            </w:pPr>
            <w:r w:rsidRPr="00A40851">
              <w:rPr>
                <w:b/>
                <w:sz w:val="22"/>
              </w:rPr>
              <w:t>Nomor WhatsApp</w:t>
            </w:r>
          </w:p>
          <w:p w:rsidR="00224671" w:rsidRPr="00A40851" w:rsidRDefault="00636E6D">
            <w:pPr>
              <w:spacing w:after="0" w:line="247" w:lineRule="auto"/>
              <w:rPr>
                <w:rFonts w:hint="eastAsia"/>
                <w:sz w:val="22"/>
              </w:rPr>
            </w:pPr>
            <w:r w:rsidRPr="00A40851">
              <w:rPr>
                <w:rFonts w:ascii="NanumGothic" w:eastAsia="NanumGothic" w:hAnsi="NanumGothic"/>
                <w:color w:val="576571"/>
                <w:sz w:val="22"/>
              </w:rPr>
              <w:t>왓츠앱</w:t>
            </w:r>
            <w:r w:rsidRPr="00A40851">
              <w:rPr>
                <w:rFonts w:ascii="NanumGothic" w:eastAsia="NanumGothic" w:hAnsi="NanumGothic"/>
                <w:color w:val="576571"/>
                <w:sz w:val="22"/>
              </w:rPr>
              <w:t xml:space="preserve"> </w:t>
            </w:r>
            <w:r w:rsidRPr="00A40851">
              <w:rPr>
                <w:rFonts w:ascii="NanumGothic" w:eastAsia="NanumGothic" w:hAnsi="NanumGothic"/>
                <w:color w:val="576571"/>
                <w:sz w:val="22"/>
              </w:rPr>
              <w:t>연락처</w:t>
            </w:r>
          </w:p>
        </w:tc>
        <w:tc>
          <w:tcPr>
            <w:tcW w:w="6917" w:type="dxa"/>
            <w:tcBorders>
              <w:top w:val="single" w:sz="4" w:space="0" w:color="D8E2E9"/>
              <w:left w:val="single" w:sz="4" w:space="0" w:color="D8E2E9"/>
              <w:bottom w:val="single" w:sz="4" w:space="0" w:color="D8E2E9"/>
              <w:right w:val="single" w:sz="4" w:space="0" w:color="D8E2E9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224671" w:rsidRPr="00A40851" w:rsidRDefault="00636E6D">
            <w:pPr>
              <w:spacing w:after="0"/>
              <w:rPr>
                <w:rFonts w:hint="eastAsia"/>
                <w:sz w:val="22"/>
              </w:rPr>
            </w:pPr>
            <w:r w:rsidRPr="00A40851">
              <w:rPr>
                <w:i/>
                <w:color w:val="576571"/>
                <w:sz w:val="22"/>
              </w:rPr>
              <w:t xml:space="preserve">[Nomor WhatsApp aktif / </w:t>
            </w:r>
            <w:r w:rsidRPr="00A40851">
              <w:rPr>
                <w:i/>
                <w:color w:val="576571"/>
                <w:sz w:val="22"/>
              </w:rPr>
              <w:t>왓츠앱</w:t>
            </w:r>
            <w:r w:rsidRPr="00A40851">
              <w:rPr>
                <w:i/>
                <w:color w:val="576571"/>
                <w:sz w:val="22"/>
              </w:rPr>
              <w:t xml:space="preserve"> </w:t>
            </w:r>
            <w:r w:rsidRPr="00A40851">
              <w:rPr>
                <w:i/>
                <w:color w:val="576571"/>
                <w:sz w:val="22"/>
              </w:rPr>
              <w:t>번호</w:t>
            </w:r>
            <w:r w:rsidRPr="00A40851">
              <w:rPr>
                <w:i/>
                <w:color w:val="576571"/>
                <w:sz w:val="22"/>
              </w:rPr>
              <w:t>]</w:t>
            </w:r>
          </w:p>
        </w:tc>
      </w:tr>
      <w:tr w:rsidR="00224671" w:rsidRPr="00A40851">
        <w:trPr>
          <w:jc w:val="center"/>
        </w:trPr>
        <w:tc>
          <w:tcPr>
            <w:tcW w:w="2891" w:type="dxa"/>
            <w:tcBorders>
              <w:top w:val="single" w:sz="4" w:space="0" w:color="D8E2E9"/>
              <w:left w:val="single" w:sz="4" w:space="0" w:color="D8E2E9"/>
              <w:bottom w:val="single" w:sz="4" w:space="0" w:color="D8E2E9"/>
              <w:right w:val="single" w:sz="4" w:space="0" w:color="D8E2E9"/>
            </w:tcBorders>
            <w:shd w:val="clear" w:color="auto" w:fill="F1F5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224671" w:rsidRPr="00A40851" w:rsidRDefault="00636E6D">
            <w:pPr>
              <w:spacing w:after="0" w:line="247" w:lineRule="auto"/>
              <w:rPr>
                <w:rFonts w:hint="eastAsia"/>
                <w:sz w:val="22"/>
              </w:rPr>
            </w:pPr>
            <w:r w:rsidRPr="00A40851">
              <w:rPr>
                <w:b/>
                <w:sz w:val="22"/>
              </w:rPr>
              <w:t>Alamat email</w:t>
            </w:r>
          </w:p>
          <w:p w:rsidR="00224671" w:rsidRPr="00A40851" w:rsidRDefault="00636E6D">
            <w:pPr>
              <w:spacing w:after="0" w:line="247" w:lineRule="auto"/>
              <w:rPr>
                <w:rFonts w:hint="eastAsia"/>
                <w:sz w:val="22"/>
              </w:rPr>
            </w:pPr>
            <w:r w:rsidRPr="00A40851">
              <w:rPr>
                <w:rFonts w:ascii="NanumGothic" w:eastAsia="NanumGothic" w:hAnsi="NanumGothic"/>
                <w:color w:val="576571"/>
                <w:sz w:val="22"/>
              </w:rPr>
              <w:t>이메일</w:t>
            </w:r>
            <w:r w:rsidRPr="00A40851">
              <w:rPr>
                <w:rFonts w:ascii="NanumGothic" w:eastAsia="NanumGothic" w:hAnsi="NanumGothic"/>
                <w:color w:val="576571"/>
                <w:sz w:val="22"/>
              </w:rPr>
              <w:t xml:space="preserve"> </w:t>
            </w:r>
            <w:r w:rsidRPr="00A40851">
              <w:rPr>
                <w:rFonts w:ascii="NanumGothic" w:eastAsia="NanumGothic" w:hAnsi="NanumGothic"/>
                <w:color w:val="576571"/>
                <w:sz w:val="22"/>
              </w:rPr>
              <w:t>주소</w:t>
            </w:r>
          </w:p>
        </w:tc>
        <w:tc>
          <w:tcPr>
            <w:tcW w:w="6917" w:type="dxa"/>
            <w:tcBorders>
              <w:top w:val="single" w:sz="4" w:space="0" w:color="D8E2E9"/>
              <w:left w:val="single" w:sz="4" w:space="0" w:color="D8E2E9"/>
              <w:bottom w:val="single" w:sz="4" w:space="0" w:color="D8E2E9"/>
              <w:right w:val="single" w:sz="4" w:space="0" w:color="D8E2E9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224671" w:rsidRPr="00A40851" w:rsidRDefault="00636E6D">
            <w:pPr>
              <w:spacing w:after="0"/>
              <w:rPr>
                <w:rFonts w:hint="eastAsia"/>
                <w:sz w:val="22"/>
              </w:rPr>
            </w:pPr>
            <w:r w:rsidRPr="00A40851">
              <w:rPr>
                <w:i/>
                <w:color w:val="576571"/>
                <w:sz w:val="22"/>
              </w:rPr>
              <w:t xml:space="preserve">[Alamat email untuk tautan Zoom / Zoom </w:t>
            </w:r>
            <w:r w:rsidRPr="00A40851">
              <w:rPr>
                <w:i/>
                <w:color w:val="576571"/>
                <w:sz w:val="22"/>
              </w:rPr>
              <w:t>링크</w:t>
            </w:r>
            <w:r w:rsidRPr="00A40851">
              <w:rPr>
                <w:i/>
                <w:color w:val="576571"/>
                <w:sz w:val="22"/>
              </w:rPr>
              <w:t xml:space="preserve"> </w:t>
            </w:r>
            <w:r w:rsidRPr="00A40851">
              <w:rPr>
                <w:i/>
                <w:color w:val="576571"/>
                <w:sz w:val="22"/>
              </w:rPr>
              <w:t>수신</w:t>
            </w:r>
            <w:r w:rsidRPr="00A40851">
              <w:rPr>
                <w:i/>
                <w:color w:val="576571"/>
                <w:sz w:val="22"/>
              </w:rPr>
              <w:t xml:space="preserve"> </w:t>
            </w:r>
            <w:r w:rsidRPr="00A40851">
              <w:rPr>
                <w:i/>
                <w:color w:val="576571"/>
                <w:sz w:val="22"/>
              </w:rPr>
              <w:t>이메일</w:t>
            </w:r>
            <w:r w:rsidRPr="00A40851">
              <w:rPr>
                <w:i/>
                <w:color w:val="576571"/>
                <w:sz w:val="22"/>
              </w:rPr>
              <w:t>]</w:t>
            </w:r>
          </w:p>
        </w:tc>
      </w:tr>
    </w:tbl>
    <w:p w:rsidR="00224671" w:rsidRPr="00A40851" w:rsidRDefault="00636E6D">
      <w:pPr>
        <w:pStyle w:val="SecHead"/>
        <w:keepNext/>
        <w:spacing w:before="180"/>
        <w:rPr>
          <w:rFonts w:hint="eastAsia"/>
          <w:sz w:val="22"/>
        </w:rPr>
      </w:pPr>
      <w:r w:rsidRPr="00A40851">
        <w:rPr>
          <w:sz w:val="22"/>
        </w:rPr>
        <w:t>B. Kategori Peserta (pilih satu</w:t>
      </w:r>
      <w:proofErr w:type="gramStart"/>
      <w:r w:rsidRPr="00A40851">
        <w:rPr>
          <w:sz w:val="22"/>
        </w:rPr>
        <w:t>)</w:t>
      </w:r>
      <w:r w:rsidRPr="00A40851">
        <w:rPr>
          <w:b w:val="0"/>
          <w:color w:val="576571"/>
          <w:sz w:val="22"/>
        </w:rPr>
        <w:t xml:space="preserve">  /</w:t>
      </w:r>
      <w:proofErr w:type="gramEnd"/>
      <w:r w:rsidRPr="00A40851">
        <w:rPr>
          <w:b w:val="0"/>
          <w:color w:val="576571"/>
          <w:sz w:val="22"/>
        </w:rPr>
        <w:t xml:space="preserve">  </w:t>
      </w:r>
      <w:r w:rsidRPr="00A40851">
        <w:rPr>
          <w:rFonts w:ascii="NanumGothic" w:eastAsia="NanumGothic" w:hAnsi="NanumGothic"/>
          <w:sz w:val="22"/>
        </w:rPr>
        <w:t>참가자</w:t>
      </w:r>
      <w:r w:rsidRPr="00A40851">
        <w:rPr>
          <w:rFonts w:ascii="NanumGothic" w:eastAsia="NanumGothic" w:hAnsi="NanumGothic"/>
          <w:sz w:val="22"/>
        </w:rPr>
        <w:t xml:space="preserve"> </w:t>
      </w:r>
      <w:r w:rsidRPr="00A40851">
        <w:rPr>
          <w:rFonts w:ascii="NanumGothic" w:eastAsia="NanumGothic" w:hAnsi="NanumGothic"/>
          <w:sz w:val="22"/>
        </w:rPr>
        <w:t>구분</w:t>
      </w:r>
      <w:r w:rsidRPr="00A40851">
        <w:rPr>
          <w:rFonts w:ascii="NanumGothic" w:eastAsia="NanumGothic" w:hAnsi="NanumGothic"/>
          <w:sz w:val="22"/>
        </w:rPr>
        <w:t xml:space="preserve"> (</w:t>
      </w:r>
      <w:r w:rsidRPr="00A40851">
        <w:rPr>
          <w:rFonts w:ascii="NanumGothic" w:eastAsia="NanumGothic" w:hAnsi="NanumGothic"/>
          <w:sz w:val="22"/>
        </w:rPr>
        <w:t>하나</w:t>
      </w:r>
      <w:r w:rsidRPr="00A40851">
        <w:rPr>
          <w:rFonts w:ascii="NanumGothic" w:eastAsia="NanumGothic" w:hAnsi="NanumGothic"/>
          <w:sz w:val="22"/>
        </w:rPr>
        <w:t xml:space="preserve"> </w:t>
      </w:r>
      <w:r w:rsidRPr="00A40851">
        <w:rPr>
          <w:rFonts w:ascii="NanumGothic" w:eastAsia="NanumGothic" w:hAnsi="NanumGothic"/>
          <w:sz w:val="22"/>
        </w:rPr>
        <w:t>선택</w:t>
      </w:r>
      <w:r w:rsidRPr="00A40851">
        <w:rPr>
          <w:rFonts w:ascii="NanumGothic" w:eastAsia="NanumGothic" w:hAnsi="NanumGothic"/>
          <w:sz w:val="22"/>
        </w:rPr>
        <w:t>)</w:t>
      </w:r>
    </w:p>
    <w:p w:rsidR="00224671" w:rsidRPr="00A40851" w:rsidRDefault="00636E6D">
      <w:pPr>
        <w:spacing w:after="20"/>
        <w:rPr>
          <w:rFonts w:hint="eastAsia"/>
          <w:sz w:val="22"/>
        </w:rPr>
      </w:pPr>
      <w:proofErr w:type="gramStart"/>
      <w:r w:rsidRPr="00A40851">
        <w:rPr>
          <w:sz w:val="22"/>
        </w:rPr>
        <w:t>☐</w:t>
      </w:r>
      <w:r w:rsidRPr="00A40851">
        <w:rPr>
          <w:sz w:val="22"/>
        </w:rPr>
        <w:t xml:space="preserve">  1</w:t>
      </w:r>
      <w:proofErr w:type="gramEnd"/>
      <w:r w:rsidRPr="00A40851">
        <w:rPr>
          <w:sz w:val="22"/>
        </w:rPr>
        <w:t xml:space="preserve">. Masyarakat Umum yang </w:t>
      </w:r>
      <w:proofErr w:type="spellStart"/>
      <w:r w:rsidRPr="00A40851">
        <w:rPr>
          <w:sz w:val="22"/>
        </w:rPr>
        <w:t>Tertarik</w:t>
      </w:r>
      <w:proofErr w:type="spellEnd"/>
      <w:r w:rsidRPr="00A40851">
        <w:rPr>
          <w:sz w:val="22"/>
        </w:rPr>
        <w:t xml:space="preserve"> </w:t>
      </w:r>
      <w:proofErr w:type="spellStart"/>
      <w:r w:rsidRPr="00A40851">
        <w:rPr>
          <w:sz w:val="22"/>
        </w:rPr>
        <w:t>dengan</w:t>
      </w:r>
      <w:proofErr w:type="spellEnd"/>
      <w:r w:rsidRPr="00A40851">
        <w:rPr>
          <w:sz w:val="22"/>
        </w:rPr>
        <w:t xml:space="preserve"> Program </w:t>
      </w:r>
      <w:proofErr w:type="spellStart"/>
      <w:r w:rsidRPr="00A40851">
        <w:rPr>
          <w:sz w:val="22"/>
        </w:rPr>
        <w:t>Care</w:t>
      </w:r>
      <w:r w:rsidR="00A40851">
        <w:rPr>
          <w:sz w:val="22"/>
        </w:rPr>
        <w:t>worker</w:t>
      </w:r>
      <w:proofErr w:type="spellEnd"/>
      <w:r w:rsidRPr="00A40851">
        <w:rPr>
          <w:sz w:val="22"/>
        </w:rPr>
        <w:t xml:space="preserve"> di Korea</w:t>
      </w:r>
    </w:p>
    <w:p w:rsidR="00224671" w:rsidRPr="00A40851" w:rsidRDefault="00636E6D">
      <w:pPr>
        <w:spacing w:after="60"/>
        <w:ind w:left="238"/>
        <w:rPr>
          <w:rFonts w:hint="eastAsia"/>
          <w:sz w:val="22"/>
          <w:lang w:eastAsia="ko-KR"/>
        </w:rPr>
      </w:pPr>
      <w:r w:rsidRPr="00A40851">
        <w:rPr>
          <w:rFonts w:ascii="NanumGothic" w:eastAsia="NanumGothic" w:hAnsi="NanumGothic"/>
          <w:color w:val="576571"/>
          <w:sz w:val="22"/>
          <w:lang w:eastAsia="ko-KR"/>
        </w:rPr>
        <w:t>한국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proofErr w:type="spellStart"/>
      <w:r w:rsidRPr="00A40851">
        <w:rPr>
          <w:rFonts w:ascii="NanumGothic" w:eastAsia="NanumGothic" w:hAnsi="NanumGothic"/>
          <w:color w:val="576571"/>
          <w:sz w:val="22"/>
          <w:lang w:eastAsia="ko-KR"/>
        </w:rPr>
        <w:t>요양보호사</w:t>
      </w:r>
      <w:proofErr w:type="spellEnd"/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제도에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관심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있는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일반인</w:t>
      </w:r>
    </w:p>
    <w:p w:rsidR="00224671" w:rsidRPr="00A40851" w:rsidRDefault="00636E6D">
      <w:pPr>
        <w:spacing w:after="20"/>
        <w:rPr>
          <w:rFonts w:hint="eastAsia"/>
          <w:sz w:val="22"/>
        </w:rPr>
      </w:pPr>
      <w:proofErr w:type="gramStart"/>
      <w:r w:rsidRPr="00A40851">
        <w:rPr>
          <w:sz w:val="22"/>
        </w:rPr>
        <w:t>☐</w:t>
      </w:r>
      <w:r w:rsidRPr="00A40851">
        <w:rPr>
          <w:sz w:val="22"/>
        </w:rPr>
        <w:t xml:space="preserve">  2</w:t>
      </w:r>
      <w:proofErr w:type="gramEnd"/>
      <w:r w:rsidRPr="00A40851">
        <w:rPr>
          <w:sz w:val="22"/>
        </w:rPr>
        <w:t xml:space="preserve">. </w:t>
      </w:r>
      <w:proofErr w:type="spellStart"/>
      <w:r w:rsidRPr="00A40851">
        <w:rPr>
          <w:sz w:val="22"/>
        </w:rPr>
        <w:t>Profesional</w:t>
      </w:r>
      <w:proofErr w:type="spellEnd"/>
      <w:r w:rsidRPr="00A40851">
        <w:rPr>
          <w:sz w:val="22"/>
        </w:rPr>
        <w:t xml:space="preserve"> </w:t>
      </w:r>
      <w:proofErr w:type="spellStart"/>
      <w:r w:rsidRPr="00A40851">
        <w:rPr>
          <w:sz w:val="22"/>
        </w:rPr>
        <w:t>atau</w:t>
      </w:r>
      <w:proofErr w:type="spellEnd"/>
      <w:r w:rsidRPr="00A40851">
        <w:rPr>
          <w:sz w:val="22"/>
        </w:rPr>
        <w:t xml:space="preserve"> Perwakilan Lembaga Terkait</w:t>
      </w:r>
    </w:p>
    <w:p w:rsidR="00224671" w:rsidRPr="00A40851" w:rsidRDefault="00636E6D">
      <w:pPr>
        <w:spacing w:after="20"/>
        <w:ind w:left="238"/>
        <w:rPr>
          <w:rFonts w:hint="eastAsia"/>
          <w:sz w:val="22"/>
        </w:rPr>
      </w:pPr>
      <w:r w:rsidRPr="00A40851">
        <w:rPr>
          <w:rFonts w:ascii="NanumGothic" w:eastAsia="NanumGothic" w:hAnsi="NanumGothic"/>
          <w:color w:val="576571"/>
          <w:sz w:val="22"/>
        </w:rPr>
        <w:t>관련</w:t>
      </w:r>
      <w:r w:rsidRPr="00A40851">
        <w:rPr>
          <w:rFonts w:ascii="NanumGothic" w:eastAsia="NanumGothic" w:hAnsi="NanumGothic"/>
          <w:color w:val="576571"/>
          <w:sz w:val="22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</w:rPr>
        <w:t>분야</w:t>
      </w:r>
      <w:r w:rsidRPr="00A40851">
        <w:rPr>
          <w:rFonts w:ascii="NanumGothic" w:eastAsia="NanumGothic" w:hAnsi="NanumGothic"/>
          <w:color w:val="576571"/>
          <w:sz w:val="22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</w:rPr>
        <w:t>종사자</w:t>
      </w:r>
      <w:r w:rsidRPr="00A40851">
        <w:rPr>
          <w:rFonts w:ascii="NanumGothic" w:eastAsia="NanumGothic" w:hAnsi="NanumGothic"/>
          <w:color w:val="576571"/>
          <w:sz w:val="22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</w:rPr>
        <w:t>또는</w:t>
      </w:r>
      <w:r w:rsidRPr="00A40851">
        <w:rPr>
          <w:rFonts w:ascii="NanumGothic" w:eastAsia="NanumGothic" w:hAnsi="NanumGothic"/>
          <w:color w:val="576571"/>
          <w:sz w:val="22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</w:rPr>
        <w:t>기관</w:t>
      </w:r>
      <w:r w:rsidRPr="00A40851">
        <w:rPr>
          <w:rFonts w:ascii="NanumGothic" w:eastAsia="NanumGothic" w:hAnsi="NanumGothic"/>
          <w:color w:val="576571"/>
          <w:sz w:val="22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</w:rPr>
        <w:t>관계자</w:t>
      </w:r>
    </w:p>
    <w:p w:rsidR="00224671" w:rsidRPr="00A40851" w:rsidRDefault="00636E6D">
      <w:pPr>
        <w:pStyle w:val="SecHead"/>
        <w:keepNext/>
        <w:spacing w:before="180"/>
        <w:rPr>
          <w:rFonts w:hint="eastAsia"/>
          <w:sz w:val="22"/>
        </w:rPr>
      </w:pPr>
      <w:r w:rsidRPr="00A40851">
        <w:rPr>
          <w:sz w:val="22"/>
        </w:rPr>
        <w:t>C. Informasi Tambahan (hanya kategori 2</w:t>
      </w:r>
      <w:proofErr w:type="gramStart"/>
      <w:r w:rsidRPr="00A40851">
        <w:rPr>
          <w:sz w:val="22"/>
        </w:rPr>
        <w:t>)</w:t>
      </w:r>
      <w:r w:rsidRPr="00A40851">
        <w:rPr>
          <w:b w:val="0"/>
          <w:color w:val="576571"/>
          <w:sz w:val="22"/>
        </w:rPr>
        <w:t xml:space="preserve">  /</w:t>
      </w:r>
      <w:proofErr w:type="gramEnd"/>
      <w:r w:rsidRPr="00A40851">
        <w:rPr>
          <w:b w:val="0"/>
          <w:color w:val="576571"/>
          <w:sz w:val="22"/>
        </w:rPr>
        <w:t xml:space="preserve">  </w:t>
      </w:r>
      <w:r w:rsidRPr="00A40851">
        <w:rPr>
          <w:rFonts w:ascii="NanumGothic" w:eastAsia="NanumGothic" w:hAnsi="NanumGothic"/>
          <w:sz w:val="22"/>
        </w:rPr>
        <w:t>추가</w:t>
      </w:r>
      <w:r w:rsidRPr="00A40851">
        <w:rPr>
          <w:rFonts w:ascii="NanumGothic" w:eastAsia="NanumGothic" w:hAnsi="NanumGothic"/>
          <w:sz w:val="22"/>
        </w:rPr>
        <w:t xml:space="preserve"> </w:t>
      </w:r>
      <w:r w:rsidRPr="00A40851">
        <w:rPr>
          <w:rFonts w:ascii="NanumGothic" w:eastAsia="NanumGothic" w:hAnsi="NanumGothic"/>
          <w:sz w:val="22"/>
        </w:rPr>
        <w:t>정보</w:t>
      </w:r>
      <w:r w:rsidRPr="00A40851">
        <w:rPr>
          <w:rFonts w:ascii="NanumGothic" w:eastAsia="NanumGothic" w:hAnsi="NanumGothic"/>
          <w:sz w:val="22"/>
        </w:rPr>
        <w:t xml:space="preserve"> (2</w:t>
      </w:r>
      <w:r w:rsidRPr="00A40851">
        <w:rPr>
          <w:rFonts w:ascii="NanumGothic" w:eastAsia="NanumGothic" w:hAnsi="NanumGothic"/>
          <w:sz w:val="22"/>
        </w:rPr>
        <w:t>번</w:t>
      </w:r>
      <w:r w:rsidRPr="00A40851">
        <w:rPr>
          <w:rFonts w:ascii="NanumGothic" w:eastAsia="NanumGothic" w:hAnsi="NanumGothic"/>
          <w:sz w:val="22"/>
        </w:rPr>
        <w:t xml:space="preserve"> </w:t>
      </w:r>
      <w:r w:rsidRPr="00A40851">
        <w:rPr>
          <w:rFonts w:ascii="NanumGothic" w:eastAsia="NanumGothic" w:hAnsi="NanumGothic"/>
          <w:sz w:val="22"/>
        </w:rPr>
        <w:t>선택자만</w:t>
      </w:r>
      <w:r w:rsidRPr="00A40851">
        <w:rPr>
          <w:rFonts w:ascii="NanumGothic" w:eastAsia="NanumGothic" w:hAnsi="NanumGothic"/>
          <w:sz w:val="22"/>
        </w:rPr>
        <w:t xml:space="preserve"> </w:t>
      </w:r>
      <w:r w:rsidRPr="00A40851">
        <w:rPr>
          <w:rFonts w:ascii="NanumGothic" w:eastAsia="NanumGothic" w:hAnsi="NanumGothic"/>
          <w:sz w:val="22"/>
        </w:rPr>
        <w:t>작성</w:t>
      </w:r>
      <w:r w:rsidRPr="00A40851">
        <w:rPr>
          <w:rFonts w:ascii="NanumGothic" w:eastAsia="NanumGothic" w:hAnsi="NanumGothic"/>
          <w:sz w:val="22"/>
        </w:rPr>
        <w:t>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917"/>
      </w:tblGrid>
      <w:tr w:rsidR="00224671" w:rsidRPr="00A40851">
        <w:trPr>
          <w:jc w:val="center"/>
        </w:trPr>
        <w:tc>
          <w:tcPr>
            <w:tcW w:w="2891" w:type="dxa"/>
            <w:tcBorders>
              <w:top w:val="single" w:sz="4" w:space="0" w:color="D8E2E9"/>
              <w:left w:val="single" w:sz="4" w:space="0" w:color="D8E2E9"/>
              <w:bottom w:val="single" w:sz="4" w:space="0" w:color="D8E2E9"/>
              <w:right w:val="single" w:sz="4" w:space="0" w:color="D8E2E9"/>
            </w:tcBorders>
            <w:shd w:val="clear" w:color="auto" w:fill="F1F5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224671" w:rsidRPr="00A40851" w:rsidRDefault="00636E6D">
            <w:pPr>
              <w:spacing w:after="0" w:line="247" w:lineRule="auto"/>
              <w:rPr>
                <w:rFonts w:hint="eastAsia"/>
                <w:sz w:val="22"/>
              </w:rPr>
            </w:pPr>
            <w:r w:rsidRPr="00A40851">
              <w:rPr>
                <w:b/>
                <w:sz w:val="22"/>
              </w:rPr>
              <w:t>Nama institusi/lembaga</w:t>
            </w:r>
          </w:p>
          <w:p w:rsidR="00224671" w:rsidRPr="00A40851" w:rsidRDefault="00636E6D">
            <w:pPr>
              <w:spacing w:after="0" w:line="247" w:lineRule="auto"/>
              <w:rPr>
                <w:rFonts w:hint="eastAsia"/>
                <w:sz w:val="22"/>
              </w:rPr>
            </w:pPr>
            <w:r w:rsidRPr="00A40851">
              <w:rPr>
                <w:rFonts w:ascii="NanumGothic" w:eastAsia="NanumGothic" w:hAnsi="NanumGothic"/>
                <w:color w:val="576571"/>
                <w:sz w:val="22"/>
              </w:rPr>
              <w:t>소속</w:t>
            </w:r>
            <w:r w:rsidRPr="00A40851">
              <w:rPr>
                <w:rFonts w:ascii="NanumGothic" w:eastAsia="NanumGothic" w:hAnsi="NanumGothic"/>
                <w:color w:val="576571"/>
                <w:sz w:val="22"/>
              </w:rPr>
              <w:t xml:space="preserve"> </w:t>
            </w:r>
            <w:r w:rsidRPr="00A40851">
              <w:rPr>
                <w:rFonts w:ascii="NanumGothic" w:eastAsia="NanumGothic" w:hAnsi="NanumGothic"/>
                <w:color w:val="576571"/>
                <w:sz w:val="22"/>
              </w:rPr>
              <w:t>기관명</w:t>
            </w:r>
          </w:p>
        </w:tc>
        <w:tc>
          <w:tcPr>
            <w:tcW w:w="6917" w:type="dxa"/>
            <w:tcBorders>
              <w:top w:val="single" w:sz="4" w:space="0" w:color="D8E2E9"/>
              <w:left w:val="single" w:sz="4" w:space="0" w:color="D8E2E9"/>
              <w:bottom w:val="single" w:sz="4" w:space="0" w:color="D8E2E9"/>
              <w:right w:val="single" w:sz="4" w:space="0" w:color="D8E2E9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224671" w:rsidRPr="00A40851" w:rsidRDefault="00636E6D">
            <w:pPr>
              <w:spacing w:after="0"/>
              <w:rPr>
                <w:rFonts w:hint="eastAsia"/>
                <w:sz w:val="22"/>
              </w:rPr>
            </w:pPr>
            <w:r w:rsidRPr="00A40851">
              <w:rPr>
                <w:i/>
                <w:color w:val="576571"/>
                <w:sz w:val="22"/>
              </w:rPr>
              <w:t xml:space="preserve">[Nama institusi/lembaga / </w:t>
            </w:r>
            <w:r w:rsidRPr="00A40851">
              <w:rPr>
                <w:i/>
                <w:color w:val="576571"/>
                <w:sz w:val="22"/>
              </w:rPr>
              <w:t>기관명</w:t>
            </w:r>
            <w:r w:rsidRPr="00A40851">
              <w:rPr>
                <w:i/>
                <w:color w:val="576571"/>
                <w:sz w:val="22"/>
              </w:rPr>
              <w:t>]</w:t>
            </w:r>
          </w:p>
        </w:tc>
      </w:tr>
      <w:tr w:rsidR="00224671" w:rsidRPr="00A40851">
        <w:trPr>
          <w:jc w:val="center"/>
        </w:trPr>
        <w:tc>
          <w:tcPr>
            <w:tcW w:w="2891" w:type="dxa"/>
            <w:tcBorders>
              <w:top w:val="single" w:sz="4" w:space="0" w:color="D8E2E9"/>
              <w:left w:val="single" w:sz="4" w:space="0" w:color="D8E2E9"/>
              <w:bottom w:val="single" w:sz="4" w:space="0" w:color="D8E2E9"/>
              <w:right w:val="single" w:sz="4" w:space="0" w:color="D8E2E9"/>
            </w:tcBorders>
            <w:shd w:val="clear" w:color="auto" w:fill="F1F5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224671" w:rsidRPr="00A40851" w:rsidRDefault="00636E6D">
            <w:pPr>
              <w:spacing w:after="0" w:line="247" w:lineRule="auto"/>
              <w:rPr>
                <w:rFonts w:hint="eastAsia"/>
                <w:sz w:val="22"/>
              </w:rPr>
            </w:pPr>
            <w:r w:rsidRPr="00A40851">
              <w:rPr>
                <w:b/>
                <w:sz w:val="22"/>
              </w:rPr>
              <w:t>Bidang kegiatan</w:t>
            </w:r>
          </w:p>
          <w:p w:rsidR="00224671" w:rsidRPr="00A40851" w:rsidRDefault="00636E6D">
            <w:pPr>
              <w:spacing w:after="0" w:line="247" w:lineRule="auto"/>
              <w:rPr>
                <w:rFonts w:hint="eastAsia"/>
                <w:sz w:val="22"/>
              </w:rPr>
            </w:pPr>
            <w:r w:rsidRPr="00A40851">
              <w:rPr>
                <w:rFonts w:ascii="NanumGothic" w:eastAsia="NanumGothic" w:hAnsi="NanumGothic"/>
                <w:color w:val="576571"/>
                <w:sz w:val="22"/>
              </w:rPr>
              <w:t>주요</w:t>
            </w:r>
            <w:r w:rsidRPr="00A40851">
              <w:rPr>
                <w:rFonts w:ascii="NanumGothic" w:eastAsia="NanumGothic" w:hAnsi="NanumGothic"/>
                <w:color w:val="576571"/>
                <w:sz w:val="22"/>
              </w:rPr>
              <w:t xml:space="preserve"> </w:t>
            </w:r>
            <w:r w:rsidRPr="00A40851">
              <w:rPr>
                <w:rFonts w:ascii="NanumGothic" w:eastAsia="NanumGothic" w:hAnsi="NanumGothic"/>
                <w:color w:val="576571"/>
                <w:sz w:val="22"/>
              </w:rPr>
              <w:t>활동</w:t>
            </w:r>
            <w:r w:rsidRPr="00A40851">
              <w:rPr>
                <w:rFonts w:ascii="NanumGothic" w:eastAsia="NanumGothic" w:hAnsi="NanumGothic"/>
                <w:color w:val="576571"/>
                <w:sz w:val="22"/>
              </w:rPr>
              <w:t xml:space="preserve"> </w:t>
            </w:r>
            <w:r w:rsidRPr="00A40851">
              <w:rPr>
                <w:rFonts w:ascii="NanumGothic" w:eastAsia="NanumGothic" w:hAnsi="NanumGothic"/>
                <w:color w:val="576571"/>
                <w:sz w:val="22"/>
              </w:rPr>
              <w:t>분야</w:t>
            </w:r>
          </w:p>
        </w:tc>
        <w:tc>
          <w:tcPr>
            <w:tcW w:w="6917" w:type="dxa"/>
            <w:tcBorders>
              <w:top w:val="single" w:sz="4" w:space="0" w:color="D8E2E9"/>
              <w:left w:val="single" w:sz="4" w:space="0" w:color="D8E2E9"/>
              <w:bottom w:val="single" w:sz="4" w:space="0" w:color="D8E2E9"/>
              <w:right w:val="single" w:sz="4" w:space="0" w:color="D8E2E9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A40851" w:rsidRDefault="00636E6D">
            <w:pPr>
              <w:spacing w:after="0"/>
              <w:rPr>
                <w:i/>
                <w:color w:val="576571"/>
                <w:sz w:val="22"/>
              </w:rPr>
            </w:pPr>
            <w:r w:rsidRPr="00A40851">
              <w:rPr>
                <w:i/>
                <w:color w:val="576571"/>
                <w:sz w:val="22"/>
              </w:rPr>
              <w:t>☐</w:t>
            </w:r>
            <w:r w:rsidRPr="00A40851">
              <w:rPr>
                <w:i/>
                <w:color w:val="576571"/>
                <w:sz w:val="22"/>
              </w:rPr>
              <w:t xml:space="preserve"> Konsultan Studi ke Korea (</w:t>
            </w:r>
            <w:r w:rsidRPr="00A40851">
              <w:rPr>
                <w:i/>
                <w:color w:val="576571"/>
                <w:sz w:val="22"/>
              </w:rPr>
              <w:t>한국</w:t>
            </w:r>
            <w:r w:rsidRPr="00A40851">
              <w:rPr>
                <w:i/>
                <w:color w:val="576571"/>
                <w:sz w:val="22"/>
              </w:rPr>
              <w:t xml:space="preserve"> </w:t>
            </w:r>
            <w:r w:rsidRPr="00A40851">
              <w:rPr>
                <w:i/>
                <w:color w:val="576571"/>
                <w:sz w:val="22"/>
              </w:rPr>
              <w:t>유학</w:t>
            </w:r>
            <w:r w:rsidRPr="00A40851">
              <w:rPr>
                <w:i/>
                <w:color w:val="576571"/>
                <w:sz w:val="22"/>
              </w:rPr>
              <w:t xml:space="preserve"> </w:t>
            </w:r>
            <w:r w:rsidRPr="00A40851">
              <w:rPr>
                <w:i/>
                <w:color w:val="576571"/>
                <w:sz w:val="22"/>
              </w:rPr>
              <w:t>지원</w:t>
            </w:r>
            <w:r w:rsidRPr="00A40851">
              <w:rPr>
                <w:i/>
                <w:color w:val="576571"/>
                <w:sz w:val="22"/>
              </w:rPr>
              <w:t xml:space="preserve">)     </w:t>
            </w:r>
          </w:p>
          <w:p w:rsidR="00A40851" w:rsidRDefault="00636E6D">
            <w:pPr>
              <w:spacing w:after="0"/>
              <w:rPr>
                <w:i/>
                <w:color w:val="576571"/>
                <w:sz w:val="22"/>
              </w:rPr>
            </w:pPr>
            <w:r w:rsidRPr="00A40851">
              <w:rPr>
                <w:i/>
                <w:color w:val="576571"/>
                <w:sz w:val="22"/>
              </w:rPr>
              <w:t>☐</w:t>
            </w:r>
            <w:r w:rsidRPr="00A40851">
              <w:rPr>
                <w:i/>
                <w:color w:val="576571"/>
                <w:sz w:val="22"/>
              </w:rPr>
              <w:t xml:space="preserve"> Lembaga Pendidikan (</w:t>
            </w:r>
            <w:r w:rsidRPr="00A40851">
              <w:rPr>
                <w:i/>
                <w:color w:val="576571"/>
                <w:sz w:val="22"/>
              </w:rPr>
              <w:t>교육기관</w:t>
            </w:r>
            <w:r w:rsidRPr="00A40851">
              <w:rPr>
                <w:i/>
                <w:color w:val="576571"/>
                <w:sz w:val="22"/>
              </w:rPr>
              <w:t>)</w:t>
            </w:r>
            <w:r w:rsidRPr="00A40851">
              <w:rPr>
                <w:i/>
                <w:color w:val="576571"/>
                <w:sz w:val="22"/>
              </w:rPr>
              <w:br/>
              <w:t>☐ Lembaga Penempatan Kerja (</w:t>
            </w:r>
            <w:r w:rsidRPr="00A40851">
              <w:rPr>
                <w:i/>
                <w:color w:val="576571"/>
                <w:sz w:val="22"/>
              </w:rPr>
              <w:t>취업</w:t>
            </w:r>
            <w:r w:rsidRPr="00A40851">
              <w:rPr>
                <w:i/>
                <w:color w:val="576571"/>
                <w:sz w:val="22"/>
              </w:rPr>
              <w:t xml:space="preserve"> </w:t>
            </w:r>
            <w:r w:rsidRPr="00A40851">
              <w:rPr>
                <w:i/>
                <w:color w:val="576571"/>
                <w:sz w:val="22"/>
              </w:rPr>
              <w:t>알선</w:t>
            </w:r>
            <w:r w:rsidRPr="00A40851">
              <w:rPr>
                <w:i/>
                <w:color w:val="576571"/>
                <w:sz w:val="22"/>
              </w:rPr>
              <w:t>·</w:t>
            </w:r>
            <w:r w:rsidRPr="00A40851">
              <w:rPr>
                <w:i/>
                <w:color w:val="576571"/>
                <w:sz w:val="22"/>
              </w:rPr>
              <w:t>지원기관</w:t>
            </w:r>
            <w:r w:rsidRPr="00A40851">
              <w:rPr>
                <w:i/>
                <w:color w:val="576571"/>
                <w:sz w:val="22"/>
              </w:rPr>
              <w:t xml:space="preserve">)     </w:t>
            </w:r>
          </w:p>
          <w:p w:rsidR="00224671" w:rsidRPr="00A40851" w:rsidRDefault="00636E6D">
            <w:pPr>
              <w:spacing w:after="0"/>
              <w:rPr>
                <w:rFonts w:hint="eastAsia"/>
                <w:sz w:val="22"/>
              </w:rPr>
            </w:pPr>
            <w:r w:rsidRPr="00A40851">
              <w:rPr>
                <w:i/>
                <w:color w:val="576571"/>
                <w:sz w:val="22"/>
              </w:rPr>
              <w:t>☐</w:t>
            </w:r>
            <w:r w:rsidRPr="00A40851">
              <w:rPr>
                <w:i/>
                <w:color w:val="576571"/>
                <w:sz w:val="22"/>
              </w:rPr>
              <w:t xml:space="preserve"> </w:t>
            </w:r>
            <w:proofErr w:type="spellStart"/>
            <w:r w:rsidRPr="00A40851">
              <w:rPr>
                <w:i/>
                <w:color w:val="576571"/>
                <w:sz w:val="22"/>
              </w:rPr>
              <w:t>Lainnya</w:t>
            </w:r>
            <w:proofErr w:type="spellEnd"/>
            <w:r w:rsidRPr="00A40851">
              <w:rPr>
                <w:i/>
                <w:color w:val="576571"/>
                <w:sz w:val="22"/>
              </w:rPr>
              <w:t xml:space="preserve"> (</w:t>
            </w:r>
            <w:proofErr w:type="spellStart"/>
            <w:r w:rsidRPr="00A40851">
              <w:rPr>
                <w:i/>
                <w:color w:val="576571"/>
                <w:sz w:val="22"/>
              </w:rPr>
              <w:t>기타</w:t>
            </w:r>
            <w:proofErr w:type="spellEnd"/>
            <w:r w:rsidRPr="00A40851">
              <w:rPr>
                <w:i/>
                <w:color w:val="576571"/>
                <w:sz w:val="22"/>
              </w:rPr>
              <w:t>): __________</w:t>
            </w:r>
          </w:p>
        </w:tc>
      </w:tr>
    </w:tbl>
    <w:p w:rsidR="00224671" w:rsidRPr="00A40851" w:rsidRDefault="00636E6D">
      <w:pPr>
        <w:pStyle w:val="SecHead"/>
        <w:keepNext/>
        <w:spacing w:before="180"/>
        <w:rPr>
          <w:rFonts w:hint="eastAsia"/>
          <w:sz w:val="22"/>
        </w:rPr>
      </w:pPr>
      <w:r w:rsidRPr="00A40851">
        <w:rPr>
          <w:sz w:val="22"/>
        </w:rPr>
        <w:t xml:space="preserve">D. Persetujuan Pengumpulan dan Penggunaan Data </w:t>
      </w:r>
      <w:proofErr w:type="gramStart"/>
      <w:r w:rsidRPr="00A40851">
        <w:rPr>
          <w:sz w:val="22"/>
        </w:rPr>
        <w:t>Pribadi</w:t>
      </w:r>
      <w:r w:rsidRPr="00A40851">
        <w:rPr>
          <w:b w:val="0"/>
          <w:color w:val="576571"/>
          <w:sz w:val="22"/>
        </w:rPr>
        <w:t xml:space="preserve">  /</w:t>
      </w:r>
      <w:proofErr w:type="gramEnd"/>
      <w:r w:rsidRPr="00A40851">
        <w:rPr>
          <w:b w:val="0"/>
          <w:color w:val="576571"/>
          <w:sz w:val="22"/>
        </w:rPr>
        <w:t xml:space="preserve">  </w:t>
      </w:r>
      <w:r w:rsidRPr="00A40851">
        <w:rPr>
          <w:rFonts w:ascii="NanumGothic" w:eastAsia="NanumGothic" w:hAnsi="NanumGothic"/>
          <w:sz w:val="22"/>
        </w:rPr>
        <w:t>개인정보</w:t>
      </w:r>
      <w:r w:rsidRPr="00A40851">
        <w:rPr>
          <w:rFonts w:ascii="NanumGothic" w:eastAsia="NanumGothic" w:hAnsi="NanumGothic"/>
          <w:sz w:val="22"/>
        </w:rPr>
        <w:t xml:space="preserve"> </w:t>
      </w:r>
      <w:r w:rsidRPr="00A40851">
        <w:rPr>
          <w:rFonts w:ascii="NanumGothic" w:eastAsia="NanumGothic" w:hAnsi="NanumGothic"/>
          <w:sz w:val="22"/>
        </w:rPr>
        <w:t>수집</w:t>
      </w:r>
      <w:r w:rsidRPr="00A40851">
        <w:rPr>
          <w:rFonts w:ascii="NanumGothic" w:eastAsia="NanumGothic" w:hAnsi="NanumGothic"/>
          <w:sz w:val="22"/>
        </w:rPr>
        <w:t>·</w:t>
      </w:r>
      <w:r w:rsidRPr="00A40851">
        <w:rPr>
          <w:rFonts w:ascii="NanumGothic" w:eastAsia="NanumGothic" w:hAnsi="NanumGothic"/>
          <w:sz w:val="22"/>
        </w:rPr>
        <w:t>이용</w:t>
      </w:r>
      <w:r w:rsidRPr="00A40851">
        <w:rPr>
          <w:rFonts w:ascii="NanumGothic" w:eastAsia="NanumGothic" w:hAnsi="NanumGothic"/>
          <w:sz w:val="22"/>
        </w:rPr>
        <w:t xml:space="preserve"> </w:t>
      </w:r>
      <w:r w:rsidRPr="00A40851">
        <w:rPr>
          <w:rFonts w:ascii="NanumGothic" w:eastAsia="NanumGothic" w:hAnsi="NanumGothic"/>
          <w:sz w:val="22"/>
        </w:rPr>
        <w:t>동의</w:t>
      </w:r>
    </w:p>
    <w:p w:rsidR="00224671" w:rsidRPr="00A40851" w:rsidRDefault="00636E6D">
      <w:pPr>
        <w:spacing w:after="60"/>
        <w:rPr>
          <w:rFonts w:hint="eastAsia"/>
          <w:sz w:val="22"/>
        </w:rPr>
      </w:pPr>
      <w:r w:rsidRPr="00A40851">
        <w:rPr>
          <w:sz w:val="22"/>
        </w:rPr>
        <w:t>Data pribadi yang dikumpulkan mela</w:t>
      </w:r>
      <w:r w:rsidRPr="00A40851">
        <w:rPr>
          <w:sz w:val="22"/>
        </w:rPr>
        <w:t xml:space="preserve">lui formulir ini </w:t>
      </w:r>
      <w:proofErr w:type="gramStart"/>
      <w:r w:rsidRPr="00A40851">
        <w:rPr>
          <w:sz w:val="22"/>
        </w:rPr>
        <w:t>akan</w:t>
      </w:r>
      <w:proofErr w:type="gramEnd"/>
      <w:r w:rsidRPr="00A40851">
        <w:rPr>
          <w:sz w:val="22"/>
        </w:rPr>
        <w:t xml:space="preserve"> digunakan untuk keperluan pendaftaran, pengiriman tautan Zoom, dan penyelenggaraan sesi informasi.</w:t>
      </w:r>
    </w:p>
    <w:p w:rsidR="00224671" w:rsidRPr="00A40851" w:rsidRDefault="00636E6D">
      <w:pPr>
        <w:spacing w:after="100"/>
        <w:rPr>
          <w:rFonts w:hint="eastAsia"/>
          <w:sz w:val="22"/>
          <w:lang w:eastAsia="ko-KR"/>
        </w:rPr>
      </w:pPr>
      <w:r w:rsidRPr="00A40851">
        <w:rPr>
          <w:rFonts w:ascii="NanumGothic" w:eastAsia="NanumGothic" w:hAnsi="NanumGothic"/>
          <w:color w:val="576571"/>
          <w:sz w:val="22"/>
          <w:lang w:eastAsia="ko-KR"/>
        </w:rPr>
        <w:t>본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신청서를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통해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수집된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개인정보는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참가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신청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접수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, Zoom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회의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접속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링크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발송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및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설명회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운영을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위한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목적으로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사용됩니다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.</w:t>
      </w:r>
    </w:p>
    <w:p w:rsidR="00224671" w:rsidRPr="00A40851" w:rsidRDefault="00636E6D">
      <w:pPr>
        <w:rPr>
          <w:rFonts w:hint="eastAsia"/>
          <w:sz w:val="22"/>
        </w:rPr>
      </w:pPr>
      <w:r w:rsidRPr="00A40851">
        <w:rPr>
          <w:sz w:val="22"/>
        </w:rPr>
        <w:t xml:space="preserve">Data yang </w:t>
      </w:r>
      <w:proofErr w:type="spellStart"/>
      <w:r w:rsidRPr="00A40851">
        <w:rPr>
          <w:sz w:val="22"/>
        </w:rPr>
        <w:t>dikumpulkan</w:t>
      </w:r>
      <w:proofErr w:type="spellEnd"/>
      <w:r w:rsidRPr="00A40851">
        <w:rPr>
          <w:sz w:val="22"/>
        </w:rPr>
        <w:t xml:space="preserve"> </w:t>
      </w:r>
      <w:proofErr w:type="spellStart"/>
      <w:r w:rsidRPr="00A40851">
        <w:rPr>
          <w:sz w:val="22"/>
        </w:rPr>
        <w:t>meliputi</w:t>
      </w:r>
      <w:proofErr w:type="spellEnd"/>
      <w:r w:rsidRPr="00A40851">
        <w:rPr>
          <w:sz w:val="22"/>
        </w:rPr>
        <w:t xml:space="preserve"> </w:t>
      </w:r>
      <w:proofErr w:type="gramStart"/>
      <w:r w:rsidRPr="00A40851">
        <w:rPr>
          <w:sz w:val="22"/>
        </w:rPr>
        <w:t>nama</w:t>
      </w:r>
      <w:proofErr w:type="gramEnd"/>
      <w:r w:rsidRPr="00A40851">
        <w:rPr>
          <w:sz w:val="22"/>
        </w:rPr>
        <w:t>, nomor kontak, dan alamat e</w:t>
      </w:r>
      <w:r w:rsidRPr="00A40851">
        <w:rPr>
          <w:sz w:val="22"/>
        </w:rPr>
        <w:t>mail.</w:t>
      </w:r>
    </w:p>
    <w:p w:rsidR="00224671" w:rsidRPr="00A40851" w:rsidRDefault="00636E6D">
      <w:pPr>
        <w:spacing w:after="100"/>
        <w:rPr>
          <w:rFonts w:hint="eastAsia"/>
          <w:sz w:val="22"/>
          <w:lang w:eastAsia="ko-KR"/>
        </w:rPr>
      </w:pPr>
      <w:r w:rsidRPr="00A40851">
        <w:rPr>
          <w:rFonts w:ascii="NanumGothic" w:eastAsia="NanumGothic" w:hAnsi="NanumGothic"/>
          <w:color w:val="576571"/>
          <w:sz w:val="22"/>
          <w:lang w:eastAsia="ko-KR"/>
        </w:rPr>
        <w:t>수집되는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개인정보는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이름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,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연락처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및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proofErr w:type="spellStart"/>
      <w:r w:rsidRPr="00A40851">
        <w:rPr>
          <w:rFonts w:ascii="NanumGothic" w:eastAsia="NanumGothic" w:hAnsi="NanumGothic"/>
          <w:color w:val="576571"/>
          <w:sz w:val="22"/>
          <w:lang w:eastAsia="ko-KR"/>
        </w:rPr>
        <w:t>이메일</w:t>
      </w:r>
      <w:proofErr w:type="spellEnd"/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주소입니다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.</w:t>
      </w:r>
    </w:p>
    <w:p w:rsidR="00224671" w:rsidRPr="00A40851" w:rsidRDefault="00636E6D">
      <w:pPr>
        <w:rPr>
          <w:rFonts w:hint="eastAsia"/>
          <w:sz w:val="22"/>
        </w:rPr>
      </w:pPr>
      <w:r w:rsidRPr="00A40851">
        <w:rPr>
          <w:sz w:val="22"/>
        </w:rPr>
        <w:t xml:space="preserve">Data </w:t>
      </w:r>
      <w:proofErr w:type="spellStart"/>
      <w:r w:rsidRPr="00A40851">
        <w:rPr>
          <w:sz w:val="22"/>
        </w:rPr>
        <w:t>pribadi</w:t>
      </w:r>
      <w:proofErr w:type="spellEnd"/>
      <w:r w:rsidRPr="00A40851">
        <w:rPr>
          <w:sz w:val="22"/>
        </w:rPr>
        <w:t xml:space="preserve"> </w:t>
      </w:r>
      <w:proofErr w:type="spellStart"/>
      <w:proofErr w:type="gramStart"/>
      <w:r w:rsidRPr="00A40851">
        <w:rPr>
          <w:sz w:val="22"/>
        </w:rPr>
        <w:t>akan</w:t>
      </w:r>
      <w:proofErr w:type="spellEnd"/>
      <w:proofErr w:type="gramEnd"/>
      <w:r w:rsidRPr="00A40851">
        <w:rPr>
          <w:sz w:val="22"/>
        </w:rPr>
        <w:t xml:space="preserve"> </w:t>
      </w:r>
      <w:proofErr w:type="spellStart"/>
      <w:r w:rsidRPr="00A40851">
        <w:rPr>
          <w:sz w:val="22"/>
        </w:rPr>
        <w:t>dikelola</w:t>
      </w:r>
      <w:proofErr w:type="spellEnd"/>
      <w:r w:rsidRPr="00A40851">
        <w:rPr>
          <w:sz w:val="22"/>
        </w:rPr>
        <w:t xml:space="preserve"> sesuai dengan kebijakan perlindungan data pribadi yang berlaku.</w:t>
      </w:r>
    </w:p>
    <w:p w:rsidR="00224671" w:rsidRPr="00A40851" w:rsidRDefault="00636E6D">
      <w:pPr>
        <w:spacing w:after="100"/>
        <w:rPr>
          <w:rFonts w:hint="eastAsia"/>
          <w:sz w:val="22"/>
          <w:lang w:eastAsia="ko-KR"/>
        </w:rPr>
      </w:pPr>
      <w:r w:rsidRPr="00A40851">
        <w:rPr>
          <w:rFonts w:ascii="NanumGothic" w:eastAsia="NanumGothic" w:hAnsi="NanumGothic"/>
          <w:color w:val="576571"/>
          <w:sz w:val="22"/>
          <w:lang w:eastAsia="ko-KR"/>
        </w:rPr>
        <w:t>수집된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개인정보는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관련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개인정보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보호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정책에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따라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관리됩니다</w:t>
      </w:r>
      <w:r w:rsidRPr="00A40851">
        <w:rPr>
          <w:rFonts w:ascii="NanumGothic" w:eastAsia="NanumGothic" w:hAnsi="NanumGothic"/>
          <w:color w:val="576571"/>
          <w:sz w:val="22"/>
          <w:lang w:eastAsia="ko-KR"/>
        </w:rPr>
        <w:t>.</w:t>
      </w:r>
    </w:p>
    <w:p w:rsidR="00224671" w:rsidRPr="00A40851" w:rsidRDefault="00636E6D">
      <w:pPr>
        <w:rPr>
          <w:rFonts w:hint="eastAsia"/>
          <w:sz w:val="22"/>
        </w:rPr>
      </w:pPr>
      <w:proofErr w:type="gramStart"/>
      <w:r w:rsidRPr="00A40851">
        <w:rPr>
          <w:b/>
          <w:sz w:val="22"/>
        </w:rPr>
        <w:t>☐</w:t>
      </w:r>
      <w:r w:rsidRPr="00A40851">
        <w:rPr>
          <w:b/>
          <w:sz w:val="22"/>
        </w:rPr>
        <w:t xml:space="preserve">  </w:t>
      </w:r>
      <w:proofErr w:type="spellStart"/>
      <w:r w:rsidRPr="00A40851">
        <w:rPr>
          <w:b/>
          <w:sz w:val="22"/>
        </w:rPr>
        <w:t>Saya</w:t>
      </w:r>
      <w:proofErr w:type="spellEnd"/>
      <w:proofErr w:type="gramEnd"/>
      <w:r w:rsidRPr="00A40851">
        <w:rPr>
          <w:b/>
          <w:sz w:val="22"/>
        </w:rPr>
        <w:t xml:space="preserve"> </w:t>
      </w:r>
      <w:proofErr w:type="spellStart"/>
      <w:r w:rsidRPr="00A40851">
        <w:rPr>
          <w:b/>
          <w:sz w:val="22"/>
        </w:rPr>
        <w:t>menyetujui</w:t>
      </w:r>
      <w:proofErr w:type="spellEnd"/>
      <w:r w:rsidRPr="00A40851">
        <w:rPr>
          <w:b/>
          <w:sz w:val="22"/>
        </w:rPr>
        <w:t xml:space="preserve"> </w:t>
      </w:r>
      <w:proofErr w:type="spellStart"/>
      <w:r w:rsidRPr="00A40851">
        <w:rPr>
          <w:b/>
          <w:sz w:val="22"/>
        </w:rPr>
        <w:t>pengumpulan</w:t>
      </w:r>
      <w:proofErr w:type="spellEnd"/>
      <w:r w:rsidRPr="00A40851">
        <w:rPr>
          <w:b/>
          <w:sz w:val="22"/>
        </w:rPr>
        <w:t xml:space="preserve"> dan penggunaan data pribadi untuk keperluan kegiatan ini.</w:t>
      </w:r>
    </w:p>
    <w:p w:rsidR="00224671" w:rsidRPr="00A40851" w:rsidRDefault="00636E6D">
      <w:pPr>
        <w:spacing w:after="0"/>
        <w:ind w:left="227"/>
        <w:rPr>
          <w:rFonts w:hint="eastAsia"/>
          <w:sz w:val="22"/>
          <w:lang w:eastAsia="ko-KR"/>
        </w:rPr>
      </w:pPr>
      <w:r w:rsidRPr="00A40851">
        <w:rPr>
          <w:rFonts w:ascii="NanumGothic" w:eastAsia="NanumGothic" w:hAnsi="NanumGothic"/>
          <w:b/>
          <w:sz w:val="22"/>
          <w:lang w:eastAsia="ko-KR"/>
        </w:rPr>
        <w:t>본</w:t>
      </w:r>
      <w:r w:rsidRPr="00A40851">
        <w:rPr>
          <w:rFonts w:ascii="NanumGothic" w:eastAsia="NanumGothic" w:hAnsi="NanumGothic"/>
          <w:b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b/>
          <w:sz w:val="22"/>
          <w:lang w:eastAsia="ko-KR"/>
        </w:rPr>
        <w:t>설명회</w:t>
      </w:r>
      <w:r w:rsidRPr="00A40851">
        <w:rPr>
          <w:rFonts w:ascii="NanumGothic" w:eastAsia="NanumGothic" w:hAnsi="NanumGothic"/>
          <w:b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b/>
          <w:sz w:val="22"/>
          <w:lang w:eastAsia="ko-KR"/>
        </w:rPr>
        <w:t>운영을</w:t>
      </w:r>
      <w:r w:rsidRPr="00A40851">
        <w:rPr>
          <w:rFonts w:ascii="NanumGothic" w:eastAsia="NanumGothic" w:hAnsi="NanumGothic"/>
          <w:b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b/>
          <w:sz w:val="22"/>
          <w:lang w:eastAsia="ko-KR"/>
        </w:rPr>
        <w:t>위한</w:t>
      </w:r>
      <w:r w:rsidRPr="00A40851">
        <w:rPr>
          <w:rFonts w:ascii="NanumGothic" w:eastAsia="NanumGothic" w:hAnsi="NanumGothic"/>
          <w:b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b/>
          <w:sz w:val="22"/>
          <w:lang w:eastAsia="ko-KR"/>
        </w:rPr>
        <w:t>개인정보</w:t>
      </w:r>
      <w:r w:rsidRPr="00A40851">
        <w:rPr>
          <w:rFonts w:ascii="NanumGothic" w:eastAsia="NanumGothic" w:hAnsi="NanumGothic"/>
          <w:b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b/>
          <w:sz w:val="22"/>
          <w:lang w:eastAsia="ko-KR"/>
        </w:rPr>
        <w:t>수집</w:t>
      </w:r>
      <w:r w:rsidRPr="00A40851">
        <w:rPr>
          <w:rFonts w:ascii="NanumGothic" w:eastAsia="NanumGothic" w:hAnsi="NanumGothic"/>
          <w:b/>
          <w:sz w:val="22"/>
          <w:lang w:eastAsia="ko-KR"/>
        </w:rPr>
        <w:t>·</w:t>
      </w:r>
      <w:r w:rsidRPr="00A40851">
        <w:rPr>
          <w:rFonts w:ascii="NanumGothic" w:eastAsia="NanumGothic" w:hAnsi="NanumGothic"/>
          <w:b/>
          <w:sz w:val="22"/>
          <w:lang w:eastAsia="ko-KR"/>
        </w:rPr>
        <w:t>이용에</w:t>
      </w:r>
      <w:r w:rsidRPr="00A40851">
        <w:rPr>
          <w:rFonts w:ascii="NanumGothic" w:eastAsia="NanumGothic" w:hAnsi="NanumGothic"/>
          <w:b/>
          <w:sz w:val="22"/>
          <w:lang w:eastAsia="ko-KR"/>
        </w:rPr>
        <w:t xml:space="preserve"> </w:t>
      </w:r>
      <w:r w:rsidRPr="00A40851">
        <w:rPr>
          <w:rFonts w:ascii="NanumGothic" w:eastAsia="NanumGothic" w:hAnsi="NanumGothic"/>
          <w:b/>
          <w:sz w:val="22"/>
          <w:lang w:eastAsia="ko-KR"/>
        </w:rPr>
        <w:t>동의합니</w:t>
      </w:r>
      <w:bookmarkStart w:id="0" w:name="_GoBack"/>
      <w:bookmarkEnd w:id="0"/>
      <w:r w:rsidRPr="00A40851">
        <w:rPr>
          <w:rFonts w:ascii="NanumGothic" w:eastAsia="NanumGothic" w:hAnsi="NanumGothic"/>
          <w:b/>
          <w:sz w:val="22"/>
          <w:lang w:eastAsia="ko-KR"/>
        </w:rPr>
        <w:t>다</w:t>
      </w:r>
      <w:r w:rsidRPr="00A40851">
        <w:rPr>
          <w:rFonts w:ascii="NanumGothic" w:eastAsia="NanumGothic" w:hAnsi="NanumGothic"/>
          <w:b/>
          <w:sz w:val="22"/>
          <w:lang w:eastAsia="ko-KR"/>
        </w:rPr>
        <w:t>.</w:t>
      </w:r>
    </w:p>
    <w:sectPr w:rsidR="00224671" w:rsidRPr="00A40851" w:rsidSect="00034616">
      <w:headerReference w:type="default" r:id="rId8"/>
      <w:footerReference w:type="default" r:id="rId9"/>
      <w:pgSz w:w="11906" w:h="16838"/>
      <w:pgMar w:top="907" w:right="1049" w:bottom="754" w:left="1049" w:header="425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6E6D" w:rsidRDefault="00636E6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636E6D" w:rsidRDefault="00636E6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NanumGothic">
    <w:altName w:val="Times New Roman"/>
    <w:panose1 w:val="00000000000000000000"/>
    <w:charset w:val="00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4671" w:rsidRDefault="00636E6D">
    <w:pPr>
      <w:pStyle w:val="a6"/>
      <w:jc w:val="center"/>
      <w:rPr>
        <w:rFonts w:hint="eastAsia"/>
      </w:rPr>
    </w:pPr>
    <w:r>
      <w:rPr>
        <w:color w:val="576571"/>
        <w:sz w:val="15"/>
      </w:rPr>
      <w:t xml:space="preserve">Kedutaan Besar Republik Korea  ·  </w:t>
    </w:r>
    <w:r>
      <w:rPr>
        <w:rFonts w:ascii="NanumGothic" w:eastAsia="NanumGothic" w:hAnsi="NanumGothic"/>
        <w:color w:val="576571"/>
        <w:sz w:val="14"/>
      </w:rPr>
      <w:t>주인도네시아</w:t>
    </w:r>
    <w:r>
      <w:rPr>
        <w:rFonts w:ascii="NanumGothic" w:eastAsia="NanumGothic" w:hAnsi="NanumGothic"/>
        <w:color w:val="576571"/>
        <w:sz w:val="14"/>
      </w:rPr>
      <w:t xml:space="preserve"> </w:t>
    </w:r>
    <w:r>
      <w:rPr>
        <w:rFonts w:ascii="NanumGothic" w:eastAsia="NanumGothic" w:hAnsi="NanumGothic"/>
        <w:color w:val="576571"/>
        <w:sz w:val="14"/>
      </w:rPr>
      <w:t>대한민국대사관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6E6D" w:rsidRDefault="00636E6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636E6D" w:rsidRDefault="00636E6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4671" w:rsidRDefault="00636E6D">
    <w:pPr>
      <w:pStyle w:val="a5"/>
      <w:jc w:val="right"/>
      <w:rPr>
        <w:rFonts w:hint="eastAsia"/>
      </w:rPr>
    </w:pPr>
    <w:r>
      <w:rPr>
        <w:b/>
        <w:color w:val="576571"/>
        <w:sz w:val="15"/>
      </w:rPr>
      <w:t>KEDUTAAN BESAR REPUBLIK KOREA</w:t>
    </w:r>
    <w:r>
      <w:rPr>
        <w:color w:val="576571"/>
        <w:sz w:val="14"/>
      </w:rPr>
      <w:t xml:space="preserve">  |  </w:t>
    </w:r>
    <w:r>
      <w:rPr>
        <w:rFonts w:ascii="NanumGothic" w:eastAsia="NanumGothic" w:hAnsi="NanumGothic"/>
        <w:color w:val="576571"/>
        <w:sz w:val="14"/>
      </w:rPr>
      <w:t>주인도네시아</w:t>
    </w:r>
    <w:r>
      <w:rPr>
        <w:rFonts w:ascii="NanumGothic" w:eastAsia="NanumGothic" w:hAnsi="NanumGothic"/>
        <w:color w:val="576571"/>
        <w:sz w:val="14"/>
      </w:rPr>
      <w:t xml:space="preserve"> </w:t>
    </w:r>
    <w:r>
      <w:rPr>
        <w:rFonts w:ascii="NanumGothic" w:eastAsia="NanumGothic" w:hAnsi="NanumGothic"/>
        <w:color w:val="576571"/>
        <w:sz w:val="14"/>
      </w:rPr>
      <w:t>대한민국대사관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6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24671"/>
    <w:rsid w:val="0029639D"/>
    <w:rsid w:val="00326F90"/>
    <w:rsid w:val="00636E6D"/>
    <w:rsid w:val="00A4085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62FF033C-AED3-466A-B2C2-991D65918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40" w:line="269" w:lineRule="auto"/>
    </w:pPr>
    <w:rPr>
      <w:rFonts w:ascii="Aptos" w:hAnsi="Aptos"/>
      <w:color w:val="1D2D39"/>
      <w:sz w:val="17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Title">
    <w:name w:val="FormTitle"/>
    <w:basedOn w:val="a1"/>
    <w:pPr>
      <w:spacing w:after="60"/>
    </w:pPr>
    <w:rPr>
      <w:b/>
      <w:color w:val="173556"/>
      <w:sz w:val="29"/>
    </w:rPr>
  </w:style>
  <w:style w:type="paragraph" w:customStyle="1" w:styleId="SecHead">
    <w:name w:val="SecHead"/>
    <w:basedOn w:val="a1"/>
    <w:rPr>
      <w:b/>
      <w:color w:val="173556"/>
      <w:sz w:val="19"/>
    </w:rPr>
  </w:style>
  <w:style w:type="paragraph" w:customStyle="1" w:styleId="Micro">
    <w:name w:val="Micro"/>
    <w:basedOn w:val="a1"/>
    <w:rPr>
      <w:color w:val="57657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D9E72BF-6BA2-4E5F-B527-3AF3471FD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외국인 요양보호사 제도 설명회 참가 신청서 (한국어·인도네시아어 병기)</vt:lpstr>
      <vt:lpstr/>
    </vt:vector>
  </TitlesOfParts>
  <Manager/>
  <Company/>
  <LinksUpToDate>false</LinksUpToDate>
  <CharactersWithSpaces>1819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외국인 요양보호사 제도 설명회 참가 신청서 (한국어·인도네시아어 병기)</dc:title>
  <dc:subject>이메일 회신용 한-인니 병기 참가 신청서</dc:subject>
  <dc:creator/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2026-10-21T02:13:00Z</dcterms:modified>
  <cp:category/>
</cp:coreProperties>
</file>